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0788" w:rsidRDefault="00CB4A24" w:rsidP="00CB4A24">
      <w:pPr>
        <w:spacing w:after="0"/>
      </w:pPr>
      <w:r>
        <w:t>様式第</w:t>
      </w:r>
      <w:r>
        <w:t>7</w:t>
      </w:r>
      <w:r>
        <w:t>号</w:t>
      </w:r>
    </w:p>
    <w:p w:rsidR="00860788" w:rsidRDefault="00CB4A24">
      <w:pPr>
        <w:spacing w:before="160"/>
        <w:jc w:val="center"/>
      </w:pPr>
      <w:r>
        <w:rPr>
          <w:b/>
        </w:rPr>
        <w:t>辞　退　届</w:t>
      </w:r>
    </w:p>
    <w:p w:rsidR="00860788" w:rsidRDefault="00CB4A24">
      <w:pPr>
        <w:spacing w:after="0"/>
        <w:jc w:val="right"/>
      </w:pPr>
      <w:r>
        <w:t>令和　年　月　日</w:t>
      </w:r>
    </w:p>
    <w:p w:rsidR="00860788" w:rsidRDefault="00CB4A24">
      <w:pPr>
        <w:spacing w:after="0"/>
      </w:pPr>
      <w:r>
        <w:t>上牧町長　様</w:t>
      </w:r>
    </w:p>
    <w:p w:rsidR="00860788" w:rsidRDefault="00CB4A24" w:rsidP="00CB4A24">
      <w:pPr>
        <w:spacing w:after="0" w:line="360" w:lineRule="auto"/>
        <w:jc w:val="right"/>
      </w:pPr>
      <w:r>
        <w:t>所在地　＿＿＿＿＿＿＿＿＿＿＿＿＿＿＿＿＿＿＿＿＿＿＿＿</w:t>
      </w:r>
    </w:p>
    <w:p w:rsidR="00860788" w:rsidRDefault="00CB4A24" w:rsidP="00CB4A24">
      <w:pPr>
        <w:spacing w:after="0" w:line="360" w:lineRule="auto"/>
        <w:jc w:val="right"/>
        <w:rPr>
          <w:lang w:eastAsia="ja-JP"/>
        </w:rPr>
      </w:pPr>
      <w:r>
        <w:rPr>
          <w:lang w:eastAsia="ja-JP"/>
        </w:rPr>
        <w:t>商号又は名称　＿＿＿＿＿＿＿＿＿＿＿＿＿＿＿＿＿＿＿＿＿＿＿＿</w:t>
      </w:r>
    </w:p>
    <w:p w:rsidR="00860788" w:rsidRDefault="00CB4A24" w:rsidP="00CB4A24">
      <w:pPr>
        <w:spacing w:after="0" w:line="360" w:lineRule="auto"/>
        <w:jc w:val="right"/>
        <w:rPr>
          <w:lang w:eastAsia="ja-JP"/>
        </w:rPr>
      </w:pPr>
      <w:r>
        <w:rPr>
          <w:lang w:eastAsia="ja-JP"/>
        </w:rPr>
        <w:t>代表者役職・氏名　＿＿＿＿＿＿＿＿＿＿＿＿＿＿＿＿＿＿＿＿＿＿＿＿</w:t>
      </w:r>
    </w:p>
    <w:p w:rsidR="00860788" w:rsidRDefault="00CB4A24" w:rsidP="00CB4A24">
      <w:pPr>
        <w:spacing w:after="0" w:line="360" w:lineRule="auto"/>
        <w:jc w:val="right"/>
      </w:pPr>
      <w:proofErr w:type="spellStart"/>
      <w:r>
        <w:t>担当者氏名</w:t>
      </w:r>
      <w:proofErr w:type="spellEnd"/>
      <w:r>
        <w:t xml:space="preserve">　＿＿＿＿＿＿＿＿＿＿＿＿＿＿＿＿＿＿＿＿＿＿＿＿</w:t>
      </w:r>
    </w:p>
    <w:p w:rsidR="00860788" w:rsidRDefault="00CB4A24" w:rsidP="00CB4A24">
      <w:pPr>
        <w:spacing w:after="0" w:line="360" w:lineRule="auto"/>
        <w:jc w:val="right"/>
      </w:pPr>
      <w:r>
        <w:t>電話番号　＿＿＿＿＿＿＿＿＿＿＿＿＿＿＿＿＿＿＿＿＿＿＿＿</w:t>
      </w:r>
    </w:p>
    <w:p w:rsidR="00860788" w:rsidRDefault="00CB4A24" w:rsidP="00CB4A24">
      <w:pPr>
        <w:spacing w:after="0" w:line="360" w:lineRule="auto"/>
        <w:jc w:val="right"/>
        <w:rPr>
          <w:lang w:eastAsia="ja-JP"/>
        </w:rPr>
      </w:pPr>
      <w:r>
        <w:rPr>
          <w:lang w:eastAsia="ja-JP"/>
        </w:rPr>
        <w:t>電子メール　＿＿＿＿＿＿＿＿＿＿＿＿＿＿＿＿＿＿＿＿＿＿＿＿</w:t>
      </w:r>
      <w:bookmarkStart w:id="0" w:name="_GoBack"/>
      <w:bookmarkEnd w:id="0"/>
    </w:p>
    <w:p w:rsidR="00860788" w:rsidRDefault="00860788">
      <w:pPr>
        <w:spacing w:after="0"/>
        <w:rPr>
          <w:lang w:eastAsia="ja-JP"/>
        </w:rPr>
      </w:pPr>
    </w:p>
    <w:p w:rsidR="00860788" w:rsidRDefault="00CB4A24">
      <w:pPr>
        <w:spacing w:after="0"/>
        <w:rPr>
          <w:lang w:eastAsia="ja-JP"/>
        </w:rPr>
      </w:pPr>
      <w:r>
        <w:rPr>
          <w:lang w:eastAsia="ja-JP"/>
        </w:rPr>
        <w:t xml:space="preserve">　令和</w:t>
      </w:r>
      <w:r>
        <w:rPr>
          <w:lang w:eastAsia="ja-JP"/>
        </w:rPr>
        <w:t>8</w:t>
      </w:r>
      <w:r>
        <w:rPr>
          <w:lang w:eastAsia="ja-JP"/>
        </w:rPr>
        <w:t>年上牧町公共施設等への太陽光発電設備等導入計画策定事業公募型プロポーザルについて、下記の理由により参加を辞退します。</w:t>
      </w:r>
    </w:p>
    <w:p w:rsidR="00860788" w:rsidRDefault="00CB4A24">
      <w:pPr>
        <w:spacing w:after="0"/>
        <w:jc w:val="center"/>
      </w:pPr>
      <w:r>
        <w:rPr>
          <w:b/>
        </w:rPr>
        <w:t>記</w:t>
      </w:r>
    </w:p>
    <w:tbl>
      <w:tblPr>
        <w:tblW w:w="0" w:type="auto"/>
        <w:jc w:val="center"/>
        <w:tblLayout w:type="fixed"/>
        <w:tblLook w:val="04A0" w:firstRow="1" w:lastRow="0" w:firstColumn="1" w:lastColumn="0" w:noHBand="0" w:noVBand="1"/>
      </w:tblPr>
      <w:tblGrid>
        <w:gridCol w:w="4873"/>
        <w:gridCol w:w="4873"/>
      </w:tblGrid>
      <w:tr w:rsidR="00860788">
        <w:trPr>
          <w:trHeight w:val="1417"/>
          <w:jc w:val="center"/>
        </w:trPr>
        <w:tc>
          <w:tcPr>
            <w:tcW w:w="4873" w:type="dxa"/>
            <w:vAlign w:val="center"/>
          </w:tcPr>
          <w:p w:rsidR="00860788" w:rsidRDefault="00CB4A24">
            <w:pPr>
              <w:spacing w:after="0"/>
              <w:jc w:val="center"/>
            </w:pPr>
            <w:r>
              <w:rPr>
                <w:b/>
              </w:rPr>
              <w:t>辞退理由</w:t>
            </w:r>
          </w:p>
        </w:tc>
        <w:tc>
          <w:tcPr>
            <w:tcW w:w="4873" w:type="dxa"/>
            <w:vAlign w:val="center"/>
          </w:tcPr>
          <w:p w:rsidR="00860788" w:rsidRDefault="00860788">
            <w:pPr>
              <w:spacing w:after="0"/>
            </w:pPr>
          </w:p>
        </w:tc>
      </w:tr>
      <w:tr w:rsidR="00860788">
        <w:trPr>
          <w:trHeight w:val="1417"/>
          <w:jc w:val="center"/>
        </w:trPr>
        <w:tc>
          <w:tcPr>
            <w:tcW w:w="4873" w:type="dxa"/>
            <w:vAlign w:val="center"/>
          </w:tcPr>
          <w:p w:rsidR="00860788" w:rsidRDefault="00CB4A24">
            <w:pPr>
              <w:spacing w:after="0"/>
              <w:jc w:val="center"/>
            </w:pPr>
            <w:r>
              <w:rPr>
                <w:b/>
              </w:rPr>
              <w:t>備考</w:t>
            </w:r>
          </w:p>
        </w:tc>
        <w:tc>
          <w:tcPr>
            <w:tcW w:w="4873" w:type="dxa"/>
            <w:vAlign w:val="center"/>
          </w:tcPr>
          <w:p w:rsidR="00860788" w:rsidRDefault="00860788">
            <w:pPr>
              <w:spacing w:after="0"/>
            </w:pPr>
          </w:p>
        </w:tc>
      </w:tr>
    </w:tbl>
    <w:p w:rsidR="00860788" w:rsidRDefault="00CB4A24">
      <w:pPr>
        <w:spacing w:after="0"/>
        <w:jc w:val="right"/>
      </w:pPr>
      <w:r>
        <w:t>以上</w:t>
      </w:r>
    </w:p>
    <w:p w:rsidR="00860788" w:rsidRDefault="00CB4A24">
      <w:pPr>
        <w:spacing w:after="0"/>
        <w:rPr>
          <w:lang w:eastAsia="ja-JP"/>
        </w:rPr>
      </w:pPr>
      <w:r>
        <w:rPr>
          <w:lang w:eastAsia="ja-JP"/>
        </w:rPr>
        <w:t>注</w:t>
      </w:r>
      <w:r>
        <w:rPr>
          <w:lang w:eastAsia="ja-JP"/>
        </w:rPr>
        <w:t>1</w:t>
      </w:r>
      <w:r>
        <w:rPr>
          <w:lang w:eastAsia="ja-JP"/>
        </w:rPr>
        <w:t xml:space="preserve">　辞退理由は簡潔に記載してください。辞退により不利益な取扱いを受けることはありません。</w:t>
      </w:r>
    </w:p>
    <w:p w:rsidR="00860788" w:rsidRDefault="00CB4A24">
      <w:pPr>
        <w:spacing w:after="0"/>
        <w:rPr>
          <w:lang w:eastAsia="ja-JP"/>
        </w:rPr>
      </w:pPr>
      <w:r>
        <w:rPr>
          <w:lang w:eastAsia="ja-JP"/>
        </w:rPr>
        <w:t>注</w:t>
      </w:r>
      <w:r>
        <w:rPr>
          <w:lang w:eastAsia="ja-JP"/>
        </w:rPr>
        <w:t>2</w:t>
      </w:r>
      <w:r>
        <w:rPr>
          <w:lang w:eastAsia="ja-JP"/>
        </w:rPr>
        <w:t xml:space="preserve">　本様式は押印不要です。</w:t>
      </w:r>
      <w:r>
        <w:rPr>
          <w:lang w:eastAsia="ja-JP"/>
        </w:rPr>
        <w:t>PDF</w:t>
      </w:r>
      <w:r>
        <w:rPr>
          <w:lang w:eastAsia="ja-JP"/>
        </w:rPr>
        <w:t>形式により、実施要領第</w:t>
      </w:r>
      <w:r>
        <w:rPr>
          <w:lang w:eastAsia="ja-JP"/>
        </w:rPr>
        <w:t>16</w:t>
      </w:r>
      <w:r>
        <w:rPr>
          <w:lang w:eastAsia="ja-JP"/>
        </w:rPr>
        <w:t>項の電子メール宛てに提出してください。</w:t>
      </w:r>
    </w:p>
    <w:sectPr w:rsidR="00860788" w:rsidSect="00034616">
      <w:headerReference w:type="even" r:id="rId8"/>
      <w:headerReference w:type="default" r:id="rId9"/>
      <w:footerReference w:type="even" r:id="rId10"/>
      <w:footerReference w:type="default" r:id="rId11"/>
      <w:headerReference w:type="first" r:id="rId12"/>
      <w:footerReference w:type="first" r:id="rId13"/>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B4A24">
      <w:pPr>
        <w:spacing w:after="0" w:line="240" w:lineRule="auto"/>
      </w:pPr>
      <w:r>
        <w:separator/>
      </w:r>
    </w:p>
  </w:endnote>
  <w:endnote w:type="continuationSeparator" w:id="0">
    <w:p w:rsidR="00000000" w:rsidRDefault="00CB4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B4A24">
      <w:pPr>
        <w:spacing w:after="0" w:line="240" w:lineRule="auto"/>
      </w:pPr>
      <w:r>
        <w:separator/>
      </w:r>
    </w:p>
  </w:footnote>
  <w:footnote w:type="continuationSeparator" w:id="0">
    <w:p w:rsidR="00000000" w:rsidRDefault="00CB4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788" w:rsidRDefault="0086078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60788"/>
    <w:rsid w:val="00AA1D8D"/>
    <w:rsid w:val="00B47730"/>
    <w:rsid w:val="00CB0664"/>
    <w:rsid w:val="00CB4A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efaultImageDpi w14:val="300"/>
  <w15:docId w15:val="{782CC6BF-DF0B-458D-A28B-14A90289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85FB6-36DC-4929-85F4-BB1FBB13D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58</Words>
  <Characters>334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中村 謙太郎</cp:lastModifiedBy>
  <cp:revision>2</cp:revision>
  <dcterms:created xsi:type="dcterms:W3CDTF">2013-12-23T23:15:00Z</dcterms:created>
  <dcterms:modified xsi:type="dcterms:W3CDTF">2026-09-11T04:56:00Z</dcterms:modified>
  <cp:category/>
</cp:coreProperties>
</file>