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4DB4" w:rsidRDefault="00B275A6">
      <w:pPr>
        <w:spacing w:after="40"/>
      </w:pPr>
      <w:r>
        <w:t>別紙</w:t>
      </w:r>
    </w:p>
    <w:p w:rsidR="006F4DB4" w:rsidRDefault="00B275A6">
      <w:pPr>
        <w:spacing w:after="200"/>
        <w:jc w:val="right"/>
      </w:pPr>
      <w:r>
        <w:t>令和　　年　　月　　日</w:t>
      </w:r>
    </w:p>
    <w:p w:rsidR="006F4DB4" w:rsidRDefault="00B275A6">
      <w:pPr>
        <w:spacing w:after="240"/>
        <w:jc w:val="center"/>
        <w:rPr>
          <w:lang w:eastAsia="ja-JP"/>
        </w:rPr>
      </w:pPr>
      <w:r>
        <w:rPr>
          <w:b/>
          <w:lang w:eastAsia="ja-JP"/>
        </w:rPr>
        <w:t>質　問　書</w:t>
      </w:r>
    </w:p>
    <w:p w:rsidR="006F4DB4" w:rsidRDefault="00B275A6">
      <w:pPr>
        <w:spacing w:after="160" w:line="300" w:lineRule="auto"/>
        <w:rPr>
          <w:lang w:eastAsia="ja-JP"/>
        </w:rPr>
      </w:pPr>
      <w:r>
        <w:rPr>
          <w:lang w:eastAsia="ja-JP"/>
        </w:rPr>
        <w:t xml:space="preserve">　令和</w:t>
      </w:r>
      <w:r>
        <w:rPr>
          <w:lang w:eastAsia="ja-JP"/>
        </w:rPr>
        <w:t>8</w:t>
      </w:r>
      <w:r>
        <w:rPr>
          <w:lang w:eastAsia="ja-JP"/>
        </w:rPr>
        <w:t>年上牧町公共施設等への太陽光発電設備等導入計画策定事業公募型プロポーザルについて、次のとおり質問します。提出期限は令和</w:t>
      </w:r>
      <w:r>
        <w:rPr>
          <w:lang w:eastAsia="ja-JP"/>
        </w:rPr>
        <w:t>8</w:t>
      </w:r>
      <w:r>
        <w:rPr>
          <w:lang w:eastAsia="ja-JP"/>
        </w:rPr>
        <w:t>年</w:t>
      </w:r>
      <w:r>
        <w:rPr>
          <w:lang w:eastAsia="ja-JP"/>
        </w:rPr>
        <w:t>9</w:t>
      </w:r>
      <w:r>
        <w:rPr>
          <w:lang w:eastAsia="ja-JP"/>
        </w:rPr>
        <w:t>月</w:t>
      </w:r>
      <w:r>
        <w:rPr>
          <w:lang w:eastAsia="ja-JP"/>
        </w:rPr>
        <w:t>15</w:t>
      </w:r>
      <w:r>
        <w:rPr>
          <w:lang w:eastAsia="ja-JP"/>
        </w:rPr>
        <w:t>日（火）正午とし、実施要領第</w:t>
      </w:r>
      <w:r>
        <w:rPr>
          <w:lang w:eastAsia="ja-JP"/>
        </w:rPr>
        <w:t>16</w:t>
      </w:r>
      <w:r>
        <w:rPr>
          <w:lang w:eastAsia="ja-JP"/>
        </w:rPr>
        <w:t>項の電子メール宛てに提出してください。</w:t>
      </w:r>
    </w:p>
    <w:tbl>
      <w:tblPr>
        <w:tblStyle w:val="afe"/>
        <w:tblW w:w="9637" w:type="dxa"/>
        <w:tblLayout w:type="fixed"/>
        <w:tblLook w:val="04A0" w:firstRow="1" w:lastRow="0" w:firstColumn="1" w:lastColumn="0" w:noHBand="0" w:noVBand="1"/>
      </w:tblPr>
      <w:tblGrid>
        <w:gridCol w:w="1815"/>
        <w:gridCol w:w="3004"/>
        <w:gridCol w:w="1814"/>
        <w:gridCol w:w="3004"/>
      </w:tblGrid>
      <w:tr w:rsidR="006F4DB4">
        <w:trPr>
          <w:trHeight w:val="510"/>
        </w:trPr>
        <w:tc>
          <w:tcPr>
            <w:tcW w:w="1814" w:type="dxa"/>
            <w:tcMar>
              <w:top w:w="90" w:type="dxa"/>
              <w:left w:w="110" w:type="dxa"/>
              <w:bottom w:w="90" w:type="dxa"/>
              <w:right w:w="110" w:type="dxa"/>
            </w:tcMar>
            <w:vAlign w:val="center"/>
          </w:tcPr>
          <w:p w:rsidR="006F4DB4" w:rsidRDefault="00B275A6">
            <w:pPr>
              <w:jc w:val="center"/>
            </w:pPr>
            <w:r>
              <w:rPr>
                <w:b/>
              </w:rPr>
              <w:t>商号又は名称</w:t>
            </w:r>
          </w:p>
        </w:tc>
        <w:tc>
          <w:tcPr>
            <w:tcW w:w="3004" w:type="dxa"/>
            <w:tcMar>
              <w:top w:w="90" w:type="dxa"/>
              <w:left w:w="110" w:type="dxa"/>
              <w:bottom w:w="90" w:type="dxa"/>
              <w:right w:w="110" w:type="dxa"/>
            </w:tcMar>
            <w:vAlign w:val="center"/>
          </w:tcPr>
          <w:p w:rsidR="006F4DB4" w:rsidRDefault="006F4DB4"/>
        </w:tc>
        <w:tc>
          <w:tcPr>
            <w:tcW w:w="1814" w:type="dxa"/>
            <w:tcMar>
              <w:top w:w="90" w:type="dxa"/>
              <w:left w:w="110" w:type="dxa"/>
              <w:bottom w:w="90" w:type="dxa"/>
              <w:right w:w="110" w:type="dxa"/>
            </w:tcMar>
            <w:vAlign w:val="center"/>
          </w:tcPr>
          <w:p w:rsidR="006F4DB4" w:rsidRDefault="00B275A6">
            <w:pPr>
              <w:jc w:val="center"/>
            </w:pPr>
            <w:r>
              <w:rPr>
                <w:b/>
              </w:rPr>
              <w:t>担当部署</w:t>
            </w:r>
          </w:p>
        </w:tc>
        <w:tc>
          <w:tcPr>
            <w:tcW w:w="3004" w:type="dxa"/>
            <w:tcMar>
              <w:top w:w="90" w:type="dxa"/>
              <w:left w:w="110" w:type="dxa"/>
              <w:bottom w:w="90" w:type="dxa"/>
              <w:right w:w="110" w:type="dxa"/>
            </w:tcMar>
            <w:vAlign w:val="center"/>
          </w:tcPr>
          <w:p w:rsidR="006F4DB4" w:rsidRDefault="006F4DB4"/>
        </w:tc>
      </w:tr>
      <w:tr w:rsidR="006F4DB4">
        <w:trPr>
          <w:trHeight w:val="510"/>
        </w:trPr>
        <w:tc>
          <w:tcPr>
            <w:tcW w:w="1814" w:type="dxa"/>
            <w:tcMar>
              <w:top w:w="90" w:type="dxa"/>
              <w:left w:w="110" w:type="dxa"/>
              <w:bottom w:w="90" w:type="dxa"/>
              <w:right w:w="110" w:type="dxa"/>
            </w:tcMar>
            <w:vAlign w:val="center"/>
          </w:tcPr>
          <w:p w:rsidR="006F4DB4" w:rsidRDefault="00B275A6">
            <w:pPr>
              <w:jc w:val="center"/>
            </w:pPr>
            <w:r>
              <w:rPr>
                <w:b/>
              </w:rPr>
              <w:t>担当者職・氏名</w:t>
            </w:r>
          </w:p>
        </w:tc>
        <w:tc>
          <w:tcPr>
            <w:tcW w:w="3004" w:type="dxa"/>
            <w:tcMar>
              <w:top w:w="90" w:type="dxa"/>
              <w:left w:w="110" w:type="dxa"/>
              <w:bottom w:w="90" w:type="dxa"/>
              <w:right w:w="110" w:type="dxa"/>
            </w:tcMar>
            <w:vAlign w:val="center"/>
          </w:tcPr>
          <w:p w:rsidR="006F4DB4" w:rsidRDefault="006F4DB4"/>
        </w:tc>
        <w:tc>
          <w:tcPr>
            <w:tcW w:w="1814" w:type="dxa"/>
            <w:tcMar>
              <w:top w:w="90" w:type="dxa"/>
              <w:left w:w="110" w:type="dxa"/>
              <w:bottom w:w="90" w:type="dxa"/>
              <w:right w:w="110" w:type="dxa"/>
            </w:tcMar>
            <w:vAlign w:val="center"/>
          </w:tcPr>
          <w:p w:rsidR="006F4DB4" w:rsidRDefault="00B275A6">
            <w:pPr>
              <w:jc w:val="center"/>
            </w:pPr>
            <w:r>
              <w:rPr>
                <w:b/>
              </w:rPr>
              <w:t>電話番号</w:t>
            </w:r>
          </w:p>
        </w:tc>
        <w:tc>
          <w:tcPr>
            <w:tcW w:w="3004" w:type="dxa"/>
            <w:tcMar>
              <w:top w:w="90" w:type="dxa"/>
              <w:left w:w="110" w:type="dxa"/>
              <w:bottom w:w="90" w:type="dxa"/>
              <w:right w:w="110" w:type="dxa"/>
            </w:tcMar>
            <w:vAlign w:val="center"/>
          </w:tcPr>
          <w:p w:rsidR="006F4DB4" w:rsidRDefault="006F4DB4"/>
        </w:tc>
      </w:tr>
      <w:tr w:rsidR="006F4DB4">
        <w:trPr>
          <w:trHeight w:val="510"/>
        </w:trPr>
        <w:tc>
          <w:tcPr>
            <w:tcW w:w="1814" w:type="dxa"/>
            <w:tcMar>
              <w:top w:w="90" w:type="dxa"/>
              <w:left w:w="110" w:type="dxa"/>
              <w:bottom w:w="90" w:type="dxa"/>
              <w:right w:w="110" w:type="dxa"/>
            </w:tcMar>
            <w:vAlign w:val="center"/>
          </w:tcPr>
          <w:p w:rsidR="006F4DB4" w:rsidRDefault="00B275A6">
            <w:pPr>
              <w:jc w:val="center"/>
            </w:pPr>
            <w:r>
              <w:rPr>
                <w:b/>
              </w:rPr>
              <w:t>電子メール</w:t>
            </w:r>
          </w:p>
        </w:tc>
        <w:tc>
          <w:tcPr>
            <w:tcW w:w="7822" w:type="dxa"/>
            <w:gridSpan w:val="3"/>
            <w:tcMar>
              <w:top w:w="90" w:type="dxa"/>
              <w:left w:w="110" w:type="dxa"/>
              <w:bottom w:w="90" w:type="dxa"/>
              <w:right w:w="110" w:type="dxa"/>
            </w:tcMar>
            <w:vAlign w:val="center"/>
          </w:tcPr>
          <w:p w:rsidR="006F4DB4" w:rsidRDefault="006F4DB4"/>
          <w:p w:rsidR="006F4DB4" w:rsidRDefault="006F4DB4">
            <w:pPr>
              <w:jc w:val="center"/>
            </w:pPr>
          </w:p>
          <w:p w:rsidR="006F4DB4" w:rsidRDefault="006F4DB4"/>
        </w:tc>
      </w:tr>
      <w:tr w:rsidR="006F4DB4">
        <w:trPr>
          <w:trHeight w:val="510"/>
        </w:trPr>
        <w:tc>
          <w:tcPr>
            <w:tcW w:w="1814" w:type="dxa"/>
            <w:tcMar>
              <w:top w:w="90" w:type="dxa"/>
              <w:left w:w="110" w:type="dxa"/>
              <w:bottom w:w="90" w:type="dxa"/>
              <w:right w:w="110" w:type="dxa"/>
            </w:tcMar>
            <w:vAlign w:val="center"/>
          </w:tcPr>
          <w:p w:rsidR="006F4DB4" w:rsidRPr="00B275A6" w:rsidRDefault="00B275A6">
            <w:pPr>
              <w:jc w:val="center"/>
              <w:rPr>
                <w:b/>
              </w:rPr>
            </w:pPr>
            <w:r w:rsidRPr="00B275A6">
              <w:rPr>
                <w:b/>
              </w:rPr>
              <w:t>質問総数</w:t>
            </w:r>
          </w:p>
        </w:tc>
        <w:tc>
          <w:tcPr>
            <w:tcW w:w="7822" w:type="dxa"/>
            <w:gridSpan w:val="3"/>
            <w:tcMar>
              <w:top w:w="90" w:type="dxa"/>
              <w:left w:w="110" w:type="dxa"/>
              <w:bottom w:w="90" w:type="dxa"/>
              <w:right w:w="110" w:type="dxa"/>
            </w:tcMar>
            <w:vAlign w:val="center"/>
          </w:tcPr>
          <w:p w:rsidR="006F4DB4" w:rsidRDefault="00B275A6">
            <w:r>
              <w:t xml:space="preserve">　　／　　</w:t>
            </w:r>
          </w:p>
        </w:tc>
      </w:tr>
    </w:tbl>
    <w:p w:rsidR="006F4DB4" w:rsidRDefault="00B275A6">
      <w:pPr>
        <w:spacing w:before="160" w:after="60"/>
      </w:pPr>
      <w:r>
        <w:rPr>
          <w:b/>
        </w:rPr>
        <w:t>質問事項</w:t>
      </w:r>
    </w:p>
    <w:tbl>
      <w:tblPr>
        <w:tblStyle w:val="afe"/>
        <w:tblW w:w="9637" w:type="dxa"/>
        <w:tblLayout w:type="fixed"/>
        <w:tblLook w:val="04A0" w:firstRow="1" w:lastRow="0" w:firstColumn="1" w:lastColumn="0" w:noHBand="0" w:noVBand="1"/>
      </w:tblPr>
      <w:tblGrid>
        <w:gridCol w:w="680"/>
        <w:gridCol w:w="1927"/>
        <w:gridCol w:w="1927"/>
        <w:gridCol w:w="5103"/>
      </w:tblGrid>
      <w:tr w:rsidR="006F4DB4">
        <w:tc>
          <w:tcPr>
            <w:tcW w:w="680" w:type="dxa"/>
            <w:tcMar>
              <w:top w:w="90" w:type="dxa"/>
              <w:left w:w="110" w:type="dxa"/>
              <w:bottom w:w="90" w:type="dxa"/>
              <w:right w:w="110" w:type="dxa"/>
            </w:tcMar>
            <w:vAlign w:val="center"/>
          </w:tcPr>
          <w:p w:rsidR="006F4DB4" w:rsidRDefault="00B275A6">
            <w:pPr>
              <w:jc w:val="center"/>
            </w:pPr>
            <w:r>
              <w:rPr>
                <w:b/>
              </w:rPr>
              <w:t>No.</w:t>
            </w:r>
          </w:p>
        </w:tc>
        <w:tc>
          <w:tcPr>
            <w:tcW w:w="1927" w:type="dxa"/>
            <w:tcMar>
              <w:top w:w="90" w:type="dxa"/>
              <w:left w:w="110" w:type="dxa"/>
              <w:bottom w:w="90" w:type="dxa"/>
              <w:right w:w="110" w:type="dxa"/>
            </w:tcMar>
            <w:vAlign w:val="center"/>
          </w:tcPr>
          <w:p w:rsidR="006F4DB4" w:rsidRDefault="00B275A6">
            <w:pPr>
              <w:jc w:val="center"/>
            </w:pPr>
            <w:r>
              <w:rPr>
                <w:b/>
              </w:rPr>
              <w:t>該当資料</w:t>
            </w:r>
          </w:p>
        </w:tc>
        <w:tc>
          <w:tcPr>
            <w:tcW w:w="1927" w:type="dxa"/>
            <w:tcMar>
              <w:top w:w="90" w:type="dxa"/>
              <w:left w:w="110" w:type="dxa"/>
              <w:bottom w:w="90" w:type="dxa"/>
              <w:right w:w="110" w:type="dxa"/>
            </w:tcMar>
            <w:vAlign w:val="center"/>
          </w:tcPr>
          <w:p w:rsidR="006F4DB4" w:rsidRDefault="00B275A6">
            <w:pPr>
              <w:jc w:val="center"/>
            </w:pPr>
            <w:r>
              <w:rPr>
                <w:b/>
              </w:rPr>
              <w:t>該当箇所</w:t>
            </w:r>
          </w:p>
        </w:tc>
        <w:tc>
          <w:tcPr>
            <w:tcW w:w="5102" w:type="dxa"/>
            <w:tcMar>
              <w:top w:w="90" w:type="dxa"/>
              <w:left w:w="110" w:type="dxa"/>
              <w:bottom w:w="90" w:type="dxa"/>
              <w:right w:w="110" w:type="dxa"/>
            </w:tcMar>
            <w:vAlign w:val="center"/>
          </w:tcPr>
          <w:p w:rsidR="006F4DB4" w:rsidRDefault="00B275A6">
            <w:pPr>
              <w:jc w:val="center"/>
            </w:pPr>
            <w:r>
              <w:rPr>
                <w:b/>
              </w:rPr>
              <w:t>質問内容</w:t>
            </w:r>
          </w:p>
        </w:tc>
      </w:tr>
      <w:tr w:rsidR="006F4DB4">
        <w:trPr>
          <w:trHeight w:val="1389"/>
        </w:trPr>
        <w:tc>
          <w:tcPr>
            <w:tcW w:w="680" w:type="dxa"/>
            <w:tcMar>
              <w:top w:w="90" w:type="dxa"/>
              <w:left w:w="110" w:type="dxa"/>
              <w:bottom w:w="90" w:type="dxa"/>
              <w:right w:w="110" w:type="dxa"/>
            </w:tcMar>
            <w:vAlign w:val="center"/>
          </w:tcPr>
          <w:p w:rsidR="006F4DB4" w:rsidRDefault="00B275A6">
            <w:pPr>
              <w:jc w:val="center"/>
            </w:pPr>
            <w:r>
              <w:t>1</w:t>
            </w:r>
          </w:p>
        </w:tc>
        <w:tc>
          <w:tcPr>
            <w:tcW w:w="1927" w:type="dxa"/>
            <w:tcMar>
              <w:top w:w="90" w:type="dxa"/>
              <w:left w:w="110" w:type="dxa"/>
              <w:bottom w:w="90" w:type="dxa"/>
              <w:right w:w="110" w:type="dxa"/>
            </w:tcMar>
            <w:vAlign w:val="center"/>
          </w:tcPr>
          <w:p w:rsidR="006F4DB4" w:rsidRDefault="006F4DB4"/>
        </w:tc>
        <w:tc>
          <w:tcPr>
            <w:tcW w:w="1927" w:type="dxa"/>
            <w:tcMar>
              <w:top w:w="90" w:type="dxa"/>
              <w:left w:w="110" w:type="dxa"/>
              <w:bottom w:w="90" w:type="dxa"/>
              <w:right w:w="110" w:type="dxa"/>
            </w:tcMar>
            <w:vAlign w:val="center"/>
          </w:tcPr>
          <w:p w:rsidR="006F4DB4" w:rsidRDefault="006F4DB4"/>
        </w:tc>
        <w:tc>
          <w:tcPr>
            <w:tcW w:w="5102" w:type="dxa"/>
            <w:tcMar>
              <w:top w:w="90" w:type="dxa"/>
              <w:left w:w="110" w:type="dxa"/>
              <w:bottom w:w="90" w:type="dxa"/>
              <w:right w:w="110" w:type="dxa"/>
            </w:tcMar>
            <w:vAlign w:val="center"/>
          </w:tcPr>
          <w:p w:rsidR="006F4DB4" w:rsidRDefault="006F4DB4"/>
        </w:tc>
      </w:tr>
      <w:tr w:rsidR="006F4DB4">
        <w:trPr>
          <w:trHeight w:val="1389"/>
        </w:trPr>
        <w:tc>
          <w:tcPr>
            <w:tcW w:w="680" w:type="dxa"/>
            <w:tcMar>
              <w:top w:w="90" w:type="dxa"/>
              <w:left w:w="110" w:type="dxa"/>
              <w:bottom w:w="90" w:type="dxa"/>
              <w:right w:w="110" w:type="dxa"/>
            </w:tcMar>
            <w:vAlign w:val="center"/>
          </w:tcPr>
          <w:p w:rsidR="006F4DB4" w:rsidRDefault="00B275A6">
            <w:pPr>
              <w:jc w:val="center"/>
            </w:pPr>
            <w:r>
              <w:t>2</w:t>
            </w:r>
          </w:p>
        </w:tc>
        <w:tc>
          <w:tcPr>
            <w:tcW w:w="1927" w:type="dxa"/>
            <w:tcMar>
              <w:top w:w="90" w:type="dxa"/>
              <w:left w:w="110" w:type="dxa"/>
              <w:bottom w:w="90" w:type="dxa"/>
              <w:right w:w="110" w:type="dxa"/>
            </w:tcMar>
            <w:vAlign w:val="center"/>
          </w:tcPr>
          <w:p w:rsidR="006F4DB4" w:rsidRDefault="006F4DB4"/>
        </w:tc>
        <w:tc>
          <w:tcPr>
            <w:tcW w:w="1927" w:type="dxa"/>
            <w:tcMar>
              <w:top w:w="90" w:type="dxa"/>
              <w:left w:w="110" w:type="dxa"/>
              <w:bottom w:w="90" w:type="dxa"/>
              <w:right w:w="110" w:type="dxa"/>
            </w:tcMar>
            <w:vAlign w:val="center"/>
          </w:tcPr>
          <w:p w:rsidR="006F4DB4" w:rsidRDefault="006F4DB4"/>
        </w:tc>
        <w:tc>
          <w:tcPr>
            <w:tcW w:w="5102" w:type="dxa"/>
            <w:tcMar>
              <w:top w:w="90" w:type="dxa"/>
              <w:left w:w="110" w:type="dxa"/>
              <w:bottom w:w="90" w:type="dxa"/>
              <w:right w:w="110" w:type="dxa"/>
            </w:tcMar>
            <w:vAlign w:val="center"/>
          </w:tcPr>
          <w:p w:rsidR="006F4DB4" w:rsidRDefault="006F4DB4"/>
        </w:tc>
      </w:tr>
      <w:tr w:rsidR="006F4DB4">
        <w:trPr>
          <w:trHeight w:val="1389"/>
        </w:trPr>
        <w:tc>
          <w:tcPr>
            <w:tcW w:w="680" w:type="dxa"/>
            <w:tcMar>
              <w:top w:w="90" w:type="dxa"/>
              <w:left w:w="110" w:type="dxa"/>
              <w:bottom w:w="90" w:type="dxa"/>
              <w:right w:w="110" w:type="dxa"/>
            </w:tcMar>
            <w:vAlign w:val="center"/>
          </w:tcPr>
          <w:p w:rsidR="006F4DB4" w:rsidRDefault="00B275A6">
            <w:pPr>
              <w:jc w:val="center"/>
            </w:pPr>
            <w:r>
              <w:t>3</w:t>
            </w:r>
          </w:p>
        </w:tc>
        <w:tc>
          <w:tcPr>
            <w:tcW w:w="1927" w:type="dxa"/>
            <w:tcMar>
              <w:top w:w="90" w:type="dxa"/>
              <w:left w:w="110" w:type="dxa"/>
              <w:bottom w:w="90" w:type="dxa"/>
              <w:right w:w="110" w:type="dxa"/>
            </w:tcMar>
            <w:vAlign w:val="center"/>
          </w:tcPr>
          <w:p w:rsidR="006F4DB4" w:rsidRDefault="006F4DB4"/>
        </w:tc>
        <w:tc>
          <w:tcPr>
            <w:tcW w:w="1927" w:type="dxa"/>
            <w:tcMar>
              <w:top w:w="90" w:type="dxa"/>
              <w:left w:w="110" w:type="dxa"/>
              <w:bottom w:w="90" w:type="dxa"/>
              <w:right w:w="110" w:type="dxa"/>
            </w:tcMar>
            <w:vAlign w:val="center"/>
          </w:tcPr>
          <w:p w:rsidR="006F4DB4" w:rsidRDefault="006F4DB4"/>
        </w:tc>
        <w:tc>
          <w:tcPr>
            <w:tcW w:w="5102" w:type="dxa"/>
            <w:tcMar>
              <w:top w:w="90" w:type="dxa"/>
              <w:left w:w="110" w:type="dxa"/>
              <w:bottom w:w="90" w:type="dxa"/>
              <w:right w:w="110" w:type="dxa"/>
            </w:tcMar>
            <w:vAlign w:val="center"/>
          </w:tcPr>
          <w:p w:rsidR="006F4DB4" w:rsidRDefault="006F4DB4"/>
        </w:tc>
      </w:tr>
    </w:tbl>
    <w:p w:rsidR="006F4DB4" w:rsidRDefault="00B275A6">
      <w:pPr>
        <w:spacing w:before="120" w:after="20"/>
        <w:rPr>
          <w:lang w:eastAsia="ja-JP"/>
        </w:rPr>
      </w:pPr>
      <w:r>
        <w:rPr>
          <w:lang w:eastAsia="ja-JP"/>
        </w:rPr>
        <w:t>注</w:t>
      </w:r>
      <w:r>
        <w:rPr>
          <w:lang w:eastAsia="ja-JP"/>
        </w:rPr>
        <w:t>1</w:t>
      </w:r>
      <w:r>
        <w:rPr>
          <w:lang w:eastAsia="ja-JP"/>
        </w:rPr>
        <w:t xml:space="preserve">　質問は、</w:t>
      </w:r>
      <w:r>
        <w:rPr>
          <w:lang w:eastAsia="ja-JP"/>
        </w:rPr>
        <w:t>1</w:t>
      </w:r>
      <w:r>
        <w:rPr>
          <w:lang w:eastAsia="ja-JP"/>
        </w:rPr>
        <w:t>項目につき</w:t>
      </w:r>
      <w:r>
        <w:rPr>
          <w:lang w:eastAsia="ja-JP"/>
        </w:rPr>
        <w:t>1</w:t>
      </w:r>
      <w:r>
        <w:rPr>
          <w:lang w:eastAsia="ja-JP"/>
        </w:rPr>
        <w:t>件として簡潔かつ具体的に記載してください。</w:t>
      </w:r>
    </w:p>
    <w:p w:rsidR="006F4DB4" w:rsidRDefault="00B275A6">
      <w:pPr>
        <w:spacing w:after="20" w:line="276" w:lineRule="auto"/>
        <w:rPr>
          <w:lang w:eastAsia="ja-JP"/>
        </w:rPr>
      </w:pPr>
      <w:r>
        <w:rPr>
          <w:lang w:eastAsia="ja-JP"/>
        </w:rPr>
        <w:t>注</w:t>
      </w:r>
      <w:r>
        <w:rPr>
          <w:lang w:eastAsia="ja-JP"/>
        </w:rPr>
        <w:t>2</w:t>
      </w:r>
      <w:r>
        <w:rPr>
          <w:lang w:eastAsia="ja-JP"/>
        </w:rPr>
        <w:t xml:space="preserve">　該当資料及び該当箇所には、実施要領、要求水準書、様式等の名称、項目番号及びページ番号を記載してください。</w:t>
      </w:r>
      <w:bookmarkStart w:id="0" w:name="_GoBack"/>
      <w:bookmarkEnd w:id="0"/>
    </w:p>
    <w:p w:rsidR="006F4DB4" w:rsidRDefault="00B275A6">
      <w:pPr>
        <w:rPr>
          <w:lang w:eastAsia="ja-JP"/>
        </w:rPr>
      </w:pPr>
      <w:r>
        <w:rPr>
          <w:lang w:eastAsia="ja-JP"/>
        </w:rPr>
        <w:t>注</w:t>
      </w:r>
      <w:r>
        <w:rPr>
          <w:lang w:eastAsia="ja-JP"/>
        </w:rPr>
        <w:t>3</w:t>
      </w:r>
      <w:r>
        <w:rPr>
          <w:lang w:eastAsia="ja-JP"/>
        </w:rPr>
        <w:t xml:space="preserve">　質問が</w:t>
      </w:r>
      <w:r>
        <w:rPr>
          <w:lang w:eastAsia="ja-JP"/>
        </w:rPr>
        <w:t>3</w:t>
      </w:r>
      <w:r>
        <w:rPr>
          <w:lang w:eastAsia="ja-JP"/>
        </w:rPr>
        <w:t>件を超える場合は、本様式を複製して使用し、全体の質問総数及びページ番号を記載してください。メール件名は「上牧町太陽光導入計画策定事業プロポーザル質問」としてください。</w:t>
      </w:r>
    </w:p>
    <w:sectPr w:rsidR="006F4DB4" w:rsidSect="00034616">
      <w:headerReference w:type="even" r:id="rId8"/>
      <w:headerReference w:type="default" r:id="rId9"/>
      <w:footerReference w:type="even" r:id="rId10"/>
      <w:footerReference w:type="default" r:id="rId11"/>
      <w:headerReference w:type="first" r:id="rId12"/>
      <w:footerReference w:type="first" r:id="rId13"/>
      <w:pgSz w:w="11906" w:h="16838"/>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B275A6">
      <w:r>
        <w:separator/>
      </w:r>
    </w:p>
  </w:endnote>
  <w:endnote w:type="continuationSeparator" w:id="0">
    <w:p w:rsidR="00000000" w:rsidRDefault="00B27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4DB4" w:rsidRDefault="006F4DB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4DB4" w:rsidRDefault="006F4DB4">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4DB4" w:rsidRDefault="006F4DB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B275A6">
      <w:r>
        <w:separator/>
      </w:r>
    </w:p>
  </w:footnote>
  <w:footnote w:type="continuationSeparator" w:id="0">
    <w:p w:rsidR="00000000" w:rsidRDefault="00B27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4DB4" w:rsidRDefault="006F4DB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4DB4" w:rsidRDefault="006F4DB4">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4DB4" w:rsidRDefault="006F4DB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ＭＳ 明朝" w:eastAsia="ＭＳ 明朝" w:hAnsi="ＭＳ 明朝" w:cs="ＭＳ 明朝"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ＭＳ 明朝" w:eastAsia="ＭＳ 明朝" w:hAnsi="ＭＳ 明朝" w:cs="ＭＳ 明朝"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ＭＳ 明朝" w:eastAsia="ＭＳ 明朝" w:hAnsi="ＭＳ 明朝" w:cs="ＭＳ 明朝"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ＭＳ 明朝" w:eastAsia="ＭＳ 明朝" w:hAnsi="ＭＳ 明朝" w:cs="ＭＳ 明朝"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F4DB4"/>
    <w:rsid w:val="00AA1D8D"/>
    <w:rsid w:val="00B275A6"/>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efaultImageDpi w14:val="300"/>
  <w15:docId w15:val="{2B03ED6F-53CC-4C80-86D2-FC1A8B1D6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0" w:line="240" w:lineRule="auto"/>
    </w:pPr>
    <w:rPr>
      <w:rFonts w:ascii="ＭＳ 明朝" w:eastAsia="ＭＳ 明朝" w:hAnsi="ＭＳ 明朝" w:cs="ＭＳ 明朝"/>
      <w:color w:val="000000"/>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ヘッダー (文字)"/>
    <w:basedOn w:val="a2"/>
    <w:link w:val="a5"/>
    <w:uiPriority w:val="99"/>
    <w:rsid w:val="00E618BF"/>
    <w:rPr>
      <w:rFonts w:ascii="ＭＳ 明朝" w:eastAsia="ＭＳ 明朝" w:hAnsi="ＭＳ 明朝" w:cs="ＭＳ 明朝"/>
      <w:color w:val="000000"/>
      <w:sz w:val="21"/>
    </w:rPr>
  </w:style>
  <w:style w:type="paragraph" w:styleId="a7">
    <w:name w:val="footer"/>
    <w:basedOn w:val="a1"/>
    <w:link w:val="a8"/>
    <w:uiPriority w:val="99"/>
    <w:unhideWhenUsed/>
    <w:rsid w:val="00E618BF"/>
    <w:pPr>
      <w:tabs>
        <w:tab w:val="center" w:pos="4680"/>
        <w:tab w:val="right" w:pos="9360"/>
      </w:tabs>
    </w:pPr>
  </w:style>
  <w:style w:type="character" w:customStyle="1" w:styleId="a8">
    <w:name w:val="フッター (文字)"/>
    <w:basedOn w:val="a2"/>
    <w:link w:val="a7"/>
    <w:uiPriority w:val="99"/>
    <w:rsid w:val="00E618BF"/>
    <w:rPr>
      <w:rFonts w:ascii="ＭＳ 明朝" w:eastAsia="ＭＳ 明朝" w:hAnsi="ＭＳ 明朝" w:cs="ＭＳ 明朝"/>
      <w:color w:val="000000"/>
      <w:sz w:val="21"/>
    </w:rPr>
  </w:style>
  <w:style w:type="paragraph" w:styleId="a9">
    <w:name w:val="No Spacing"/>
    <w:uiPriority w:val="1"/>
    <w:qFormat/>
    <w:rsid w:val="00FC693F"/>
    <w:pPr>
      <w:spacing w:after="0" w:line="240" w:lineRule="auto"/>
    </w:pPr>
    <w:rPr>
      <w:rFonts w:ascii="ＭＳ 明朝" w:eastAsia="ＭＳ 明朝" w:hAnsi="ＭＳ 明朝" w:cs="ＭＳ 明朝"/>
      <w:color w:val="000000"/>
    </w:rPr>
  </w:style>
  <w:style w:type="character" w:customStyle="1" w:styleId="10">
    <w:name w:val="見出し 1 (文字)"/>
    <w:basedOn w:val="a2"/>
    <w:link w:val="1"/>
    <w:uiPriority w:val="9"/>
    <w:rsid w:val="00FC693F"/>
    <w:rPr>
      <w:rFonts w:asciiTheme="majorHAnsi" w:eastAsiaTheme="majorEastAsia" w:hAnsiTheme="majorHAnsi" w:cstheme="majorBidi"/>
      <w:b/>
      <w:bCs/>
      <w:color w:val="000000"/>
      <w:sz w:val="21"/>
      <w:szCs w:val="21"/>
    </w:rPr>
  </w:style>
  <w:style w:type="character" w:customStyle="1" w:styleId="22">
    <w:name w:val="見出し 2 (文字)"/>
    <w:basedOn w:val="a2"/>
    <w:link w:val="21"/>
    <w:uiPriority w:val="9"/>
    <w:rsid w:val="00FC693F"/>
    <w:rPr>
      <w:rFonts w:asciiTheme="majorHAnsi" w:eastAsiaTheme="majorEastAsia" w:hAnsiTheme="majorHAnsi" w:cstheme="majorBidi"/>
      <w:b/>
      <w:bCs/>
      <w:color w:val="000000"/>
      <w:sz w:val="21"/>
      <w:szCs w:val="21"/>
    </w:rPr>
  </w:style>
  <w:style w:type="character" w:customStyle="1" w:styleId="32">
    <w:name w:val="見出し 3 (文字)"/>
    <w:basedOn w:val="a2"/>
    <w:link w:val="31"/>
    <w:uiPriority w:val="9"/>
    <w:rsid w:val="00FC693F"/>
    <w:rPr>
      <w:rFonts w:asciiTheme="majorHAnsi" w:eastAsiaTheme="majorEastAsia" w:hAnsiTheme="majorHAnsi" w:cstheme="majorBidi"/>
      <w:b/>
      <w:bCs/>
      <w:color w:val="000000"/>
      <w:sz w:val="2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spacing w:val="5"/>
      <w:kern w:val="28"/>
    </w:rPr>
  </w:style>
  <w:style w:type="character" w:customStyle="1" w:styleId="ab">
    <w:name w:val="表題 (文字)"/>
    <w:basedOn w:val="a2"/>
    <w:link w:val="aa"/>
    <w:uiPriority w:val="10"/>
    <w:rsid w:val="00FC693F"/>
    <w:rPr>
      <w:rFonts w:asciiTheme="majorHAnsi" w:eastAsiaTheme="majorEastAsia" w:hAnsiTheme="majorHAnsi" w:cstheme="majorBidi"/>
      <w:color w:val="000000"/>
      <w:spacing w:val="5"/>
      <w:kern w:val="28"/>
      <w:sz w:val="21"/>
      <w:szCs w:val="21"/>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rPr>
  </w:style>
  <w:style w:type="character" w:customStyle="1" w:styleId="ad">
    <w:name w:val="副題 (文字)"/>
    <w:basedOn w:val="a2"/>
    <w:link w:val="ac"/>
    <w:uiPriority w:val="11"/>
    <w:rsid w:val="00FC693F"/>
    <w:rPr>
      <w:rFonts w:asciiTheme="majorHAnsi" w:eastAsiaTheme="majorEastAsia" w:hAnsiTheme="majorHAnsi" w:cstheme="majorBidi"/>
      <w:i/>
      <w:iCs/>
      <w:color w:val="000000"/>
      <w:spacing w:val="15"/>
      <w:sz w:val="21"/>
      <w:szCs w:val="21"/>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rPr>
      <w:rFonts w:ascii="ＭＳ 明朝" w:eastAsia="ＭＳ 明朝" w:hAnsi="ＭＳ 明朝" w:cs="ＭＳ 明朝"/>
      <w:color w:val="000000"/>
      <w:sz w:val="21"/>
    </w:rPr>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rPr>
      <w:rFonts w:ascii="ＭＳ 明朝" w:eastAsia="ＭＳ 明朝" w:hAnsi="ＭＳ 明朝" w:cs="ＭＳ 明朝"/>
      <w:color w:val="000000"/>
      <w:sz w:val="21"/>
    </w:rPr>
  </w:style>
  <w:style w:type="paragraph" w:styleId="33">
    <w:name w:val="Body Text 3"/>
    <w:basedOn w:val="a1"/>
    <w:link w:val="34"/>
    <w:uiPriority w:val="99"/>
    <w:unhideWhenUsed/>
    <w:rsid w:val="00AA1D8D"/>
    <w:pPr>
      <w:spacing w:after="120"/>
    </w:pPr>
  </w:style>
  <w:style w:type="character" w:customStyle="1" w:styleId="34">
    <w:name w:val="本文 3 (文字)"/>
    <w:basedOn w:val="a2"/>
    <w:link w:val="33"/>
    <w:uiPriority w:val="99"/>
    <w:rsid w:val="00AA1D8D"/>
    <w:rPr>
      <w:rFonts w:ascii="ＭＳ 明朝" w:eastAsia="ＭＳ 明朝" w:hAnsi="ＭＳ 明朝" w:cs="ＭＳ 明朝"/>
      <w:color w:val="000000"/>
      <w:sz w:val="21"/>
      <w:szCs w:val="21"/>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ＭＳ 明朝" w:eastAsia="ＭＳ 明朝" w:hAnsi="ＭＳ 明朝" w:cs="ＭＳ 明朝"/>
      <w:color w:val="000000"/>
    </w:rPr>
  </w:style>
  <w:style w:type="character" w:customStyle="1" w:styleId="af4">
    <w:name w:val="マクロ文字列 (文字)"/>
    <w:basedOn w:val="a2"/>
    <w:link w:val="af3"/>
    <w:uiPriority w:val="99"/>
    <w:rsid w:val="0029639D"/>
    <w:rPr>
      <w:rFonts w:ascii="ＭＳ 明朝" w:eastAsia="ＭＳ 明朝" w:hAnsi="ＭＳ 明朝" w:cs="ＭＳ 明朝"/>
      <w:color w:val="000000"/>
      <w:sz w:val="21"/>
      <w:szCs w:val="21"/>
    </w:rPr>
  </w:style>
  <w:style w:type="paragraph" w:styleId="af5">
    <w:name w:val="Quote"/>
    <w:basedOn w:val="a1"/>
    <w:next w:val="a1"/>
    <w:link w:val="af6"/>
    <w:uiPriority w:val="29"/>
    <w:qFormat/>
    <w:rsid w:val="00FC693F"/>
    <w:rPr>
      <w:i/>
      <w:iCs/>
    </w:rPr>
  </w:style>
  <w:style w:type="character" w:customStyle="1" w:styleId="af6">
    <w:name w:val="引用文 (文字)"/>
    <w:basedOn w:val="a2"/>
    <w:link w:val="af5"/>
    <w:uiPriority w:val="29"/>
    <w:rsid w:val="00FC693F"/>
    <w:rPr>
      <w:rFonts w:ascii="ＭＳ 明朝" w:eastAsia="ＭＳ 明朝" w:hAnsi="ＭＳ 明朝" w:cs="ＭＳ 明朝"/>
      <w:i/>
      <w:iCs/>
      <w:color w:val="000000"/>
      <w:sz w:val="2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000000"/>
      <w:sz w:val="2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000000"/>
      <w:sz w:val="21"/>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000000"/>
      <w:sz w:val="21"/>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000000"/>
      <w:sz w:val="21"/>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000000"/>
      <w:sz w:val="21"/>
      <w:szCs w:val="21"/>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000000"/>
      <w:sz w:val="21"/>
      <w:szCs w:val="21"/>
    </w:rPr>
  </w:style>
  <w:style w:type="paragraph" w:styleId="af7">
    <w:name w:val="caption"/>
    <w:basedOn w:val="a1"/>
    <w:next w:val="a1"/>
    <w:uiPriority w:val="35"/>
    <w:semiHidden/>
    <w:unhideWhenUsed/>
    <w:qFormat/>
    <w:rsid w:val="00FC693F"/>
    <w:rPr>
      <w:b/>
      <w:bCs/>
    </w:rPr>
  </w:style>
  <w:style w:type="character" w:styleId="af8">
    <w:name w:val="Strong"/>
    <w:basedOn w:val="a2"/>
    <w:uiPriority w:val="22"/>
    <w:qFormat/>
    <w:rsid w:val="00FC693F"/>
    <w:rPr>
      <w:rFonts w:ascii="ＭＳ 明朝" w:eastAsia="ＭＳ 明朝" w:hAnsi="ＭＳ 明朝" w:cs="ＭＳ 明朝"/>
      <w:b/>
      <w:bCs/>
      <w:color w:val="000000"/>
      <w:sz w:val="21"/>
    </w:rPr>
  </w:style>
  <w:style w:type="character" w:styleId="af9">
    <w:name w:val="Emphasis"/>
    <w:basedOn w:val="a2"/>
    <w:uiPriority w:val="20"/>
    <w:qFormat/>
    <w:rsid w:val="00FC693F"/>
    <w:rPr>
      <w:rFonts w:ascii="ＭＳ 明朝" w:eastAsia="ＭＳ 明朝" w:hAnsi="ＭＳ 明朝" w:cs="ＭＳ 明朝"/>
      <w:i/>
      <w:iCs/>
      <w:color w:val="000000"/>
      <w:sz w:val="21"/>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rPr>
  </w:style>
  <w:style w:type="character" w:customStyle="1" w:styleId="28">
    <w:name w:val="引用文 2 (文字)"/>
    <w:basedOn w:val="a2"/>
    <w:link w:val="27"/>
    <w:uiPriority w:val="30"/>
    <w:rsid w:val="00FC693F"/>
    <w:rPr>
      <w:rFonts w:ascii="ＭＳ 明朝" w:eastAsia="ＭＳ 明朝" w:hAnsi="ＭＳ 明朝" w:cs="ＭＳ 明朝"/>
      <w:b/>
      <w:bCs/>
      <w:i/>
      <w:iCs/>
      <w:color w:val="000000"/>
      <w:sz w:val="21"/>
    </w:rPr>
  </w:style>
  <w:style w:type="character" w:styleId="afa">
    <w:name w:val="Subtle Emphasis"/>
    <w:basedOn w:val="a2"/>
    <w:uiPriority w:val="19"/>
    <w:qFormat/>
    <w:rsid w:val="00FC693F"/>
    <w:rPr>
      <w:rFonts w:ascii="ＭＳ 明朝" w:eastAsia="ＭＳ 明朝" w:hAnsi="ＭＳ 明朝" w:cs="ＭＳ 明朝"/>
      <w:i/>
      <w:iCs/>
      <w:color w:val="000000"/>
      <w:sz w:val="21"/>
    </w:rPr>
  </w:style>
  <w:style w:type="character" w:styleId="29">
    <w:name w:val="Intense Emphasis"/>
    <w:basedOn w:val="a2"/>
    <w:uiPriority w:val="21"/>
    <w:qFormat/>
    <w:rsid w:val="00FC693F"/>
    <w:rPr>
      <w:rFonts w:ascii="ＭＳ 明朝" w:eastAsia="ＭＳ 明朝" w:hAnsi="ＭＳ 明朝" w:cs="ＭＳ 明朝"/>
      <w:b/>
      <w:bCs/>
      <w:i/>
      <w:iCs/>
      <w:color w:val="000000"/>
      <w:sz w:val="21"/>
    </w:rPr>
  </w:style>
  <w:style w:type="character" w:styleId="afb">
    <w:name w:val="Subtle Reference"/>
    <w:basedOn w:val="a2"/>
    <w:uiPriority w:val="31"/>
    <w:qFormat/>
    <w:rsid w:val="00FC693F"/>
    <w:rPr>
      <w:rFonts w:ascii="ＭＳ 明朝" w:eastAsia="ＭＳ 明朝" w:hAnsi="ＭＳ 明朝" w:cs="ＭＳ 明朝"/>
      <w:smallCaps/>
      <w:color w:val="000000"/>
      <w:sz w:val="21"/>
      <w:u w:val="single"/>
    </w:rPr>
  </w:style>
  <w:style w:type="character" w:styleId="2a">
    <w:name w:val="Intense Reference"/>
    <w:basedOn w:val="a2"/>
    <w:uiPriority w:val="32"/>
    <w:qFormat/>
    <w:rsid w:val="00FC693F"/>
    <w:rPr>
      <w:rFonts w:ascii="ＭＳ 明朝" w:eastAsia="ＭＳ 明朝" w:hAnsi="ＭＳ 明朝" w:cs="ＭＳ 明朝"/>
      <w:b/>
      <w:bCs/>
      <w:smallCaps/>
      <w:color w:val="000000"/>
      <w:spacing w:val="5"/>
      <w:sz w:val="21"/>
      <w:u w:val="single"/>
    </w:rPr>
  </w:style>
  <w:style w:type="character" w:styleId="afc">
    <w:name w:val="Book Title"/>
    <w:basedOn w:val="a2"/>
    <w:uiPriority w:val="33"/>
    <w:qFormat/>
    <w:rsid w:val="00FC693F"/>
    <w:rPr>
      <w:rFonts w:ascii="ＭＳ 明朝" w:eastAsia="ＭＳ 明朝" w:hAnsi="ＭＳ 明朝" w:cs="ＭＳ 明朝"/>
      <w:b/>
      <w:bCs/>
      <w:smallCaps/>
      <w:color w:val="000000"/>
      <w:spacing w:val="5"/>
      <w:sz w:val="21"/>
    </w:rPr>
  </w:style>
  <w:style w:type="paragraph" w:styleId="afd">
    <w:name w:val="TOC Heading"/>
    <w:basedOn w:val="1"/>
    <w:next w:val="a1"/>
    <w:uiPriority w:val="39"/>
    <w:semiHidden/>
    <w:unhideWhenUsed/>
    <w:qFormat/>
    <w:rsid w:val="00FC693F"/>
    <w:pPr>
      <w:outlineLvl w:val="9"/>
    </w:pPr>
    <w:rPr>
      <w:rFonts w:ascii="ＭＳ 明朝" w:eastAsia="ＭＳ 明朝" w:hAnsi="ＭＳ 明朝" w:cs="ＭＳ 明朝"/>
    </w:rPr>
  </w:style>
  <w:style w:type="table" w:styleId="afe">
    <w:name w:val="Table Grid"/>
    <w:basedOn w:val="a3"/>
    <w:uiPriority w:val="59"/>
    <w:rsid w:val="00FC693F"/>
    <w:pPr>
      <w:spacing w:after="0" w:line="240" w:lineRule="auto"/>
    </w:pPr>
    <w:rPr>
      <w:rFonts w:ascii="ＭＳ 明朝" w:eastAsia="ＭＳ 明朝" w:hAnsi="ＭＳ 明朝" w:cs="ＭＳ 明朝"/>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1"/>
        <w:szCs w:val="21"/>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1"/>
        <w:szCs w:val="21"/>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1"/>
        <w:szCs w:val="21"/>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1"/>
        <w:szCs w:val="21"/>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1"/>
        <w:szCs w:val="21"/>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1"/>
        <w:szCs w:val="21"/>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A9469-1EFD-4712-AC88-E5075910E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60</Words>
  <Characters>345</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中村 謙太郎</cp:lastModifiedBy>
  <cp:revision>2</cp:revision>
  <dcterms:created xsi:type="dcterms:W3CDTF">2013-12-23T23:15:00Z</dcterms:created>
  <dcterms:modified xsi:type="dcterms:W3CDTF">2026-09-11T04:24:00Z</dcterms:modified>
  <cp:category/>
</cp:coreProperties>
</file>