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6CAA" w:rsidRDefault="00D15747">
      <w:pPr>
        <w:spacing w:after="100"/>
      </w:pPr>
      <w:r>
        <w:t>様式第1号</w:t>
      </w:r>
    </w:p>
    <w:p w:rsidR="00AF6CAA" w:rsidRDefault="00D15747">
      <w:pPr>
        <w:spacing w:after="160"/>
        <w:jc w:val="right"/>
      </w:pPr>
      <w:r>
        <w:t>令和　　年　　月　　日</w:t>
      </w:r>
    </w:p>
    <w:p w:rsidR="00AF6CAA" w:rsidRDefault="00D15747">
      <w:pPr>
        <w:spacing w:after="200"/>
        <w:rPr>
          <w:lang w:eastAsia="ja-JP"/>
        </w:rPr>
      </w:pPr>
      <w:r>
        <w:rPr>
          <w:lang w:eastAsia="ja-JP"/>
        </w:rPr>
        <w:t>上牧町長　様</w:t>
      </w:r>
    </w:p>
    <w:p w:rsidR="00AF6CAA" w:rsidRDefault="00D15747">
      <w:pPr>
        <w:ind w:left="5102"/>
        <w:rPr>
          <w:lang w:eastAsia="ja-JP"/>
        </w:rPr>
      </w:pPr>
      <w:r>
        <w:rPr>
          <w:lang w:eastAsia="ja-JP"/>
        </w:rPr>
        <w:t>所在地</w:t>
      </w:r>
    </w:p>
    <w:p w:rsidR="00AF6CAA" w:rsidRDefault="00D15747">
      <w:pPr>
        <w:ind w:left="5102"/>
        <w:rPr>
          <w:lang w:eastAsia="ja-JP"/>
        </w:rPr>
      </w:pPr>
      <w:r>
        <w:rPr>
          <w:lang w:eastAsia="ja-JP"/>
        </w:rPr>
        <w:t>商号又は名称</w:t>
      </w:r>
    </w:p>
    <w:p w:rsidR="00AF6CAA" w:rsidRDefault="00D15747">
      <w:pPr>
        <w:spacing w:after="0"/>
        <w:ind w:left="5102"/>
        <w:rPr>
          <w:lang w:eastAsia="ja-JP"/>
        </w:rPr>
      </w:pPr>
      <w:r>
        <w:rPr>
          <w:lang w:eastAsia="ja-JP"/>
        </w:rPr>
        <w:t>代表者役職・氏名　　　　　　　　　　　　印</w:t>
      </w:r>
    </w:p>
    <w:p w:rsidR="00177F90" w:rsidRDefault="00177F90" w:rsidP="00177F90">
      <w:pPr>
        <w:spacing w:after="0"/>
        <w:rPr>
          <w:lang w:eastAsia="ja-JP"/>
        </w:rPr>
      </w:pPr>
    </w:p>
    <w:p w:rsidR="00177F90" w:rsidRDefault="00177F90" w:rsidP="00177F90">
      <w:pPr>
        <w:spacing w:after="0"/>
        <w:rPr>
          <w:lang w:eastAsia="ja-JP"/>
        </w:rPr>
      </w:pPr>
    </w:p>
    <w:p w:rsidR="00AF6CAA" w:rsidRDefault="00D15747">
      <w:pPr>
        <w:spacing w:before="160" w:after="160"/>
        <w:jc w:val="center"/>
        <w:rPr>
          <w:lang w:eastAsia="ja-JP"/>
        </w:rPr>
      </w:pPr>
      <w:r>
        <w:rPr>
          <w:b/>
          <w:lang w:eastAsia="ja-JP"/>
        </w:rPr>
        <w:t>参加表明書</w:t>
      </w:r>
    </w:p>
    <w:p w:rsidR="00AF6CAA" w:rsidRDefault="00D15747">
      <w:pPr>
        <w:spacing w:before="200" w:after="160"/>
        <w:rPr>
          <w:lang w:eastAsia="ja-JP"/>
        </w:rPr>
      </w:pPr>
      <w:r>
        <w:rPr>
          <w:lang w:eastAsia="ja-JP"/>
        </w:rPr>
        <w:t xml:space="preserve">　令和8年上牧町公共施設等への太陽光発電設備等導入計画策定事業公募型プロポーザルに参加したく、関係書類を添えて参加を表明します。なお、本書及び添付書類の記載内容は事実と相違なく、実施要領に定める参加資格を全て満たしていることを誓約します。</w:t>
      </w:r>
    </w:p>
    <w:p w:rsidR="00AF6CAA" w:rsidRDefault="00D15747">
      <w:pPr>
        <w:spacing w:after="120"/>
        <w:jc w:val="center"/>
        <w:rPr>
          <w:lang w:eastAsia="ja-JP"/>
        </w:rPr>
      </w:pPr>
      <w:r>
        <w:rPr>
          <w:lang w:eastAsia="ja-JP"/>
        </w:rPr>
        <w:t>記</w:t>
      </w:r>
    </w:p>
    <w:p w:rsidR="00AF6CAA" w:rsidRDefault="00D15747">
      <w:pPr>
        <w:rPr>
          <w:lang w:eastAsia="ja-JP"/>
        </w:rPr>
      </w:pPr>
      <w:r>
        <w:rPr>
          <w:lang w:eastAsia="ja-JP"/>
        </w:rPr>
        <w:t>1．事業名</w:t>
      </w:r>
    </w:p>
    <w:p w:rsidR="00AF6CAA" w:rsidRDefault="00D15747">
      <w:pPr>
        <w:spacing w:after="140"/>
        <w:ind w:left="340"/>
        <w:rPr>
          <w:lang w:eastAsia="ja-JP"/>
        </w:rPr>
      </w:pPr>
      <w:r>
        <w:rPr>
          <w:lang w:eastAsia="ja-JP"/>
        </w:rPr>
        <w:t>令和8年上牧町公共施設等への太陽光発電設備等導入計画策定事業</w:t>
      </w:r>
    </w:p>
    <w:p w:rsidR="00FB370E" w:rsidRDefault="00FB370E">
      <w:pPr>
        <w:spacing w:after="140"/>
        <w:ind w:left="340"/>
        <w:rPr>
          <w:lang w:eastAsia="ja-JP"/>
        </w:rPr>
      </w:pPr>
    </w:p>
    <w:p w:rsidR="00AF6CAA" w:rsidRDefault="00D15747">
      <w:pPr>
        <w:rPr>
          <w:lang w:eastAsia="ja-JP"/>
        </w:rPr>
      </w:pPr>
      <w:r>
        <w:rPr>
          <w:lang w:eastAsia="ja-JP"/>
        </w:rPr>
        <w:t>2．提出書類</w:t>
      </w:r>
    </w:p>
    <w:p w:rsidR="0034086A" w:rsidRDefault="00D15747">
      <w:pPr>
        <w:spacing w:after="0"/>
        <w:rPr>
          <w:lang w:eastAsia="ja-JP"/>
        </w:rPr>
      </w:pPr>
      <w:r>
        <w:rPr>
          <w:lang w:eastAsia="ja-JP"/>
        </w:rPr>
        <w:t>※公募期間中に提出するPDFは押印不要です。事業実施候補者は、候補者決定後、本町が指定する期限までに、提出済みPDFと同一内容の押印済み原本を提出してください。</w:t>
      </w:r>
    </w:p>
    <w:p w:rsidR="00AF6CAA" w:rsidRDefault="00D15747" w:rsidP="00D15747">
      <w:pPr>
        <w:pStyle w:val="a0"/>
        <w:spacing w:after="120"/>
        <w:ind w:left="398" w:hanging="199"/>
      </w:pPr>
      <w:r>
        <w:t>会社概要書（様式第2号）</w:t>
      </w:r>
    </w:p>
    <w:p w:rsidR="00AF6CAA" w:rsidRDefault="00D15747" w:rsidP="00D15747">
      <w:pPr>
        <w:pStyle w:val="a0"/>
        <w:spacing w:after="120"/>
        <w:ind w:left="398" w:hanging="199"/>
      </w:pPr>
      <w:r>
        <w:t>業務実績書（様式第3号）</w:t>
      </w:r>
    </w:p>
    <w:p w:rsidR="00AF6CAA" w:rsidRDefault="00D15747" w:rsidP="00D15747">
      <w:pPr>
        <w:pStyle w:val="a0"/>
        <w:spacing w:after="120"/>
        <w:ind w:left="398" w:hanging="199"/>
      </w:pPr>
      <w:r>
        <w:t>業務実施体制書（様式第4号）</w:t>
      </w:r>
    </w:p>
    <w:p w:rsidR="00AF6CAA" w:rsidRDefault="00D15747" w:rsidP="00D15747">
      <w:pPr>
        <w:pStyle w:val="a0"/>
        <w:spacing w:after="120"/>
        <w:ind w:left="398" w:hanging="199"/>
        <w:rPr>
          <w:lang w:eastAsia="ja-JP"/>
        </w:rPr>
      </w:pPr>
      <w:r>
        <w:rPr>
          <w:lang w:eastAsia="ja-JP"/>
        </w:rPr>
        <w:t>1級電気工事施工管理技士資格者一覧及び資格・雇用関係確認資料</w:t>
      </w:r>
    </w:p>
    <w:p w:rsidR="0034086A" w:rsidRDefault="00D15747" w:rsidP="00D15747">
      <w:pPr>
        <w:pStyle w:val="a0"/>
        <w:spacing w:after="120"/>
        <w:ind w:left="398" w:hanging="199"/>
        <w:rPr>
          <w:lang w:eastAsia="ja-JP"/>
        </w:rPr>
      </w:pPr>
      <w:r>
        <w:rPr>
          <w:lang w:eastAsia="ja-JP"/>
        </w:rPr>
        <w:t>発行日から3か月以内の納税証明書（国税：法人税及び消費税・地方消費税の納税証明書「その3の3」、地方税：本店所在地の都道府県税及び市町村税に滞納がないことを証する書類）</w:t>
      </w:r>
    </w:p>
    <w:p w:rsidR="0034086A" w:rsidRDefault="00D15747" w:rsidP="00D15747">
      <w:pPr>
        <w:pStyle w:val="a0"/>
        <w:spacing w:after="120"/>
        <w:ind w:left="398" w:hanging="199"/>
        <w:rPr>
          <w:lang w:eastAsia="ja-JP"/>
        </w:rPr>
      </w:pPr>
      <w:r>
        <w:rPr>
          <w:lang w:eastAsia="ja-JP"/>
        </w:rPr>
        <w:t>GビズIDプライムの取得又は取得申請を確認できる資料</w:t>
      </w:r>
    </w:p>
    <w:p w:rsidR="00AF6CAA" w:rsidRDefault="00D15747" w:rsidP="00D15747">
      <w:pPr>
        <w:pStyle w:val="a0"/>
        <w:spacing w:after="120"/>
        <w:ind w:left="398" w:hanging="199"/>
        <w:rPr>
          <w:lang w:eastAsia="ja-JP"/>
        </w:rPr>
      </w:pPr>
      <w:r>
        <w:rPr>
          <w:lang w:eastAsia="ja-JP"/>
        </w:rPr>
        <w:t>その他実施要領に定める参加資格確認書類</w:t>
      </w:r>
    </w:p>
    <w:p w:rsidR="00FB370E" w:rsidRDefault="00FB370E" w:rsidP="00FB370E">
      <w:pPr>
        <w:pStyle w:val="a0"/>
        <w:numPr>
          <w:ilvl w:val="0"/>
          <w:numId w:val="0"/>
        </w:numPr>
        <w:spacing w:after="20"/>
        <w:ind w:left="454"/>
        <w:rPr>
          <w:lang w:eastAsia="ja-JP"/>
        </w:rPr>
      </w:pPr>
    </w:p>
    <w:p w:rsidR="00AF6CAA" w:rsidRDefault="00D15747">
      <w:r>
        <w:t>3．連絡先</w:t>
      </w:r>
    </w:p>
    <w:p w:rsidR="00AF6CAA" w:rsidRPr="00FB370E" w:rsidRDefault="00D15747" w:rsidP="009D27CC">
      <w:pPr>
        <w:spacing w:line="360" w:lineRule="auto"/>
        <w:rPr>
          <w:u w:val="single"/>
          <w:lang w:eastAsia="ja-JP"/>
        </w:rPr>
      </w:pPr>
      <w:r>
        <w:t xml:space="preserve">　　</w:t>
      </w:r>
      <w:proofErr w:type="spellStart"/>
      <w:r w:rsidRPr="00FB370E">
        <w:rPr>
          <w:u w:val="single"/>
        </w:rPr>
        <w:t>担当部署</w:t>
      </w:r>
      <w:bookmarkStart w:id="0" w:name="_Hlk240026921"/>
      <w:proofErr w:type="spellEnd"/>
      <w:r w:rsidR="00FB370E">
        <w:rPr>
          <w:u w:val="single"/>
          <w:lang w:eastAsia="ja-JP"/>
        </w:rPr>
        <w:tab/>
      </w:r>
      <w:r w:rsidR="00FB370E">
        <w:rPr>
          <w:u w:val="single"/>
          <w:lang w:eastAsia="ja-JP"/>
        </w:rPr>
        <w:tab/>
      </w:r>
      <w:r w:rsidR="00FB370E">
        <w:rPr>
          <w:u w:val="single"/>
          <w:lang w:eastAsia="ja-JP"/>
        </w:rPr>
        <w:tab/>
      </w:r>
      <w:r w:rsidR="00FB370E">
        <w:rPr>
          <w:u w:val="single"/>
          <w:lang w:eastAsia="ja-JP"/>
        </w:rPr>
        <w:tab/>
      </w:r>
      <w:r w:rsidR="00FB370E">
        <w:rPr>
          <w:u w:val="single"/>
          <w:lang w:eastAsia="ja-JP"/>
        </w:rPr>
        <w:tab/>
      </w:r>
      <w:r w:rsidR="00FB370E">
        <w:rPr>
          <w:u w:val="single"/>
          <w:lang w:eastAsia="ja-JP"/>
        </w:rPr>
        <w:tab/>
      </w:r>
      <w:r w:rsidR="00FB370E">
        <w:rPr>
          <w:u w:val="single"/>
          <w:lang w:eastAsia="ja-JP"/>
        </w:rPr>
        <w:tab/>
      </w:r>
      <w:r w:rsidR="00FB370E">
        <w:rPr>
          <w:u w:val="single"/>
          <w:lang w:eastAsia="ja-JP"/>
        </w:rPr>
        <w:tab/>
      </w:r>
      <w:r w:rsidR="00FB370E">
        <w:rPr>
          <w:u w:val="single"/>
          <w:lang w:eastAsia="ja-JP"/>
        </w:rPr>
        <w:tab/>
      </w:r>
      <w:bookmarkEnd w:id="0"/>
    </w:p>
    <w:p w:rsidR="00AF6CAA" w:rsidRPr="00FB370E" w:rsidRDefault="00D15747" w:rsidP="009D27CC">
      <w:pPr>
        <w:spacing w:line="360" w:lineRule="auto"/>
        <w:rPr>
          <w:u w:val="single"/>
          <w:lang w:eastAsia="ja-JP"/>
        </w:rPr>
      </w:pPr>
      <w:r>
        <w:t xml:space="preserve">　　</w:t>
      </w:r>
      <w:proofErr w:type="spellStart"/>
      <w:r w:rsidRPr="00FB370E">
        <w:rPr>
          <w:u w:val="single"/>
        </w:rPr>
        <w:t>担当者職氏名</w:t>
      </w:r>
      <w:proofErr w:type="spellEnd"/>
      <w:r w:rsidR="00FB370E">
        <w:rPr>
          <w:u w:val="single"/>
          <w:lang w:eastAsia="ja-JP"/>
        </w:rPr>
        <w:tab/>
      </w:r>
      <w:r w:rsidR="00FB370E">
        <w:rPr>
          <w:u w:val="single"/>
          <w:lang w:eastAsia="ja-JP"/>
        </w:rPr>
        <w:tab/>
      </w:r>
      <w:r w:rsidR="00FB370E">
        <w:rPr>
          <w:u w:val="single"/>
          <w:lang w:eastAsia="ja-JP"/>
        </w:rPr>
        <w:tab/>
      </w:r>
      <w:r w:rsidR="00FB370E">
        <w:rPr>
          <w:u w:val="single"/>
          <w:lang w:eastAsia="ja-JP"/>
        </w:rPr>
        <w:tab/>
      </w:r>
      <w:r w:rsidR="00FB370E">
        <w:rPr>
          <w:u w:val="single"/>
          <w:lang w:eastAsia="ja-JP"/>
        </w:rPr>
        <w:tab/>
      </w:r>
      <w:r w:rsidR="00FB370E">
        <w:rPr>
          <w:u w:val="single"/>
          <w:lang w:eastAsia="ja-JP"/>
        </w:rPr>
        <w:tab/>
      </w:r>
      <w:r w:rsidR="00FB370E">
        <w:rPr>
          <w:u w:val="single"/>
          <w:lang w:eastAsia="ja-JP"/>
        </w:rPr>
        <w:tab/>
      </w:r>
      <w:r w:rsidR="00FB370E">
        <w:rPr>
          <w:u w:val="single"/>
          <w:lang w:eastAsia="ja-JP"/>
        </w:rPr>
        <w:tab/>
      </w:r>
    </w:p>
    <w:p w:rsidR="00AF6CAA" w:rsidRPr="00FB370E" w:rsidRDefault="00D15747" w:rsidP="009D27CC">
      <w:pPr>
        <w:spacing w:line="360" w:lineRule="auto"/>
        <w:rPr>
          <w:u w:val="single"/>
          <w:lang w:eastAsia="ja-JP"/>
        </w:rPr>
      </w:pPr>
      <w:r>
        <w:t xml:space="preserve">　　</w:t>
      </w:r>
      <w:proofErr w:type="spellStart"/>
      <w:r w:rsidRPr="00FB370E">
        <w:rPr>
          <w:u w:val="single"/>
        </w:rPr>
        <w:t>電話番号</w:t>
      </w:r>
      <w:proofErr w:type="spellEnd"/>
      <w:r w:rsidR="00FB370E">
        <w:rPr>
          <w:u w:val="single"/>
          <w:lang w:eastAsia="ja-JP"/>
        </w:rPr>
        <w:tab/>
      </w:r>
      <w:r w:rsidR="00FB370E">
        <w:rPr>
          <w:u w:val="single"/>
          <w:lang w:eastAsia="ja-JP"/>
        </w:rPr>
        <w:tab/>
      </w:r>
      <w:r w:rsidR="00FB370E">
        <w:rPr>
          <w:u w:val="single"/>
          <w:lang w:eastAsia="ja-JP"/>
        </w:rPr>
        <w:tab/>
      </w:r>
      <w:r w:rsidR="00FB370E">
        <w:rPr>
          <w:u w:val="single"/>
          <w:lang w:eastAsia="ja-JP"/>
        </w:rPr>
        <w:tab/>
      </w:r>
      <w:r w:rsidR="00FB370E">
        <w:rPr>
          <w:u w:val="single"/>
          <w:lang w:eastAsia="ja-JP"/>
        </w:rPr>
        <w:tab/>
      </w:r>
      <w:r w:rsidR="00FB370E">
        <w:rPr>
          <w:u w:val="single"/>
          <w:lang w:eastAsia="ja-JP"/>
        </w:rPr>
        <w:tab/>
      </w:r>
      <w:r w:rsidR="00FB370E">
        <w:rPr>
          <w:u w:val="single"/>
          <w:lang w:eastAsia="ja-JP"/>
        </w:rPr>
        <w:tab/>
      </w:r>
      <w:r w:rsidR="00FB370E">
        <w:rPr>
          <w:u w:val="single"/>
          <w:lang w:eastAsia="ja-JP"/>
        </w:rPr>
        <w:tab/>
      </w:r>
      <w:r w:rsidR="00FB370E">
        <w:rPr>
          <w:u w:val="single"/>
          <w:lang w:eastAsia="ja-JP"/>
        </w:rPr>
        <w:tab/>
      </w:r>
    </w:p>
    <w:p w:rsidR="00AF6CAA" w:rsidRPr="00FB370E" w:rsidRDefault="00D15747" w:rsidP="009D27CC">
      <w:pPr>
        <w:spacing w:line="360" w:lineRule="auto"/>
        <w:rPr>
          <w:u w:val="single"/>
          <w:lang w:eastAsia="ja-JP"/>
        </w:rPr>
      </w:pPr>
      <w:r>
        <w:t xml:space="preserve">　　</w:t>
      </w:r>
      <w:r w:rsidR="009D27CC">
        <w:rPr>
          <w:rFonts w:hint="eastAsia"/>
          <w:u w:val="single"/>
          <w:lang w:eastAsia="ja-JP"/>
        </w:rPr>
        <w:t>ＦＡＸ</w:t>
      </w:r>
      <w:r w:rsidR="009D27CC">
        <w:rPr>
          <w:u w:val="single"/>
          <w:lang w:eastAsia="ja-JP"/>
        </w:rPr>
        <w:tab/>
      </w:r>
      <w:r w:rsidR="00FB370E">
        <w:rPr>
          <w:u w:val="single"/>
          <w:lang w:eastAsia="ja-JP"/>
        </w:rPr>
        <w:tab/>
      </w:r>
      <w:r w:rsidR="00FB370E">
        <w:rPr>
          <w:u w:val="single"/>
          <w:lang w:eastAsia="ja-JP"/>
        </w:rPr>
        <w:tab/>
      </w:r>
      <w:r w:rsidR="00FB370E">
        <w:rPr>
          <w:u w:val="single"/>
          <w:lang w:eastAsia="ja-JP"/>
        </w:rPr>
        <w:tab/>
      </w:r>
      <w:r w:rsidR="00FB370E">
        <w:rPr>
          <w:u w:val="single"/>
          <w:lang w:eastAsia="ja-JP"/>
        </w:rPr>
        <w:tab/>
      </w:r>
      <w:r w:rsidR="00FB370E">
        <w:rPr>
          <w:u w:val="single"/>
          <w:lang w:eastAsia="ja-JP"/>
        </w:rPr>
        <w:tab/>
      </w:r>
      <w:r w:rsidR="00FB370E">
        <w:rPr>
          <w:u w:val="single"/>
          <w:lang w:eastAsia="ja-JP"/>
        </w:rPr>
        <w:tab/>
      </w:r>
      <w:r w:rsidR="00FB370E">
        <w:rPr>
          <w:u w:val="single"/>
          <w:lang w:eastAsia="ja-JP"/>
        </w:rPr>
        <w:tab/>
      </w:r>
      <w:r w:rsidR="00FB370E">
        <w:rPr>
          <w:u w:val="single"/>
          <w:lang w:eastAsia="ja-JP"/>
        </w:rPr>
        <w:tab/>
      </w:r>
    </w:p>
    <w:p w:rsidR="00AF6CAA" w:rsidRPr="00D15747" w:rsidRDefault="00D15747" w:rsidP="009D27CC">
      <w:pPr>
        <w:spacing w:line="360" w:lineRule="auto"/>
        <w:rPr>
          <w:u w:val="single"/>
          <w:lang w:eastAsia="ja-JP"/>
        </w:rPr>
      </w:pPr>
      <w:r>
        <w:rPr>
          <w:lang w:eastAsia="ja-JP"/>
        </w:rPr>
        <w:t xml:space="preserve">　　</w:t>
      </w:r>
      <w:r w:rsidRPr="00D15747">
        <w:rPr>
          <w:u w:val="single"/>
          <w:lang w:eastAsia="ja-JP"/>
        </w:rPr>
        <w:t>電子メール</w:t>
      </w:r>
      <w:r w:rsidRPr="00D15747">
        <w:rPr>
          <w:u w:val="single"/>
          <w:lang w:eastAsia="ja-JP"/>
        </w:rPr>
        <w:tab/>
      </w:r>
      <w:r w:rsidRPr="00D15747">
        <w:rPr>
          <w:u w:val="single"/>
          <w:lang w:eastAsia="ja-JP"/>
        </w:rPr>
        <w:tab/>
      </w:r>
      <w:r w:rsidRPr="00D15747">
        <w:rPr>
          <w:u w:val="single"/>
          <w:lang w:eastAsia="ja-JP"/>
        </w:rPr>
        <w:tab/>
      </w:r>
      <w:r w:rsidRPr="00D15747">
        <w:rPr>
          <w:u w:val="single"/>
          <w:lang w:eastAsia="ja-JP"/>
        </w:rPr>
        <w:tab/>
      </w:r>
      <w:r w:rsidRPr="00D15747">
        <w:rPr>
          <w:u w:val="single"/>
          <w:lang w:eastAsia="ja-JP"/>
        </w:rPr>
        <w:tab/>
      </w:r>
      <w:r w:rsidRPr="00D15747">
        <w:rPr>
          <w:u w:val="single"/>
          <w:lang w:eastAsia="ja-JP"/>
        </w:rPr>
        <w:tab/>
      </w:r>
      <w:r w:rsidRPr="00D15747">
        <w:rPr>
          <w:u w:val="single"/>
          <w:lang w:eastAsia="ja-JP"/>
        </w:rPr>
        <w:tab/>
      </w:r>
      <w:r w:rsidRPr="00D15747">
        <w:rPr>
          <w:u w:val="single"/>
          <w:lang w:eastAsia="ja-JP"/>
        </w:rPr>
        <w:tab/>
      </w:r>
      <w:bookmarkStart w:id="1" w:name="_GoBack"/>
      <w:bookmarkEnd w:id="1"/>
    </w:p>
    <w:sectPr w:rsidR="00AF6CAA" w:rsidRPr="00D15747" w:rsidSect="00034616">
      <w:pgSz w:w="11906" w:h="16838"/>
      <w:pgMar w:top="1020"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4E72" w:rsidRDefault="00D15747">
      <w:pPr>
        <w:spacing w:after="0"/>
      </w:pPr>
      <w:r>
        <w:separator/>
      </w:r>
    </w:p>
  </w:endnote>
  <w:endnote w:type="continuationSeparator" w:id="0">
    <w:p w:rsidR="00864E72" w:rsidRDefault="00D1574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4E72" w:rsidRDefault="00D15747">
      <w:pPr>
        <w:spacing w:after="0"/>
      </w:pPr>
      <w:r>
        <w:separator/>
      </w:r>
    </w:p>
  </w:footnote>
  <w:footnote w:type="continuationSeparator" w:id="0">
    <w:p w:rsidR="00864E72" w:rsidRDefault="00D1574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ＭＳ 明朝" w:eastAsia="ＭＳ 明朝" w:hAnsi="ＭＳ 明朝" w:cs="ＭＳ 明朝"/>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ＭＳ 明朝" w:eastAsia="ＭＳ 明朝" w:hAnsi="ＭＳ 明朝" w:cs="ＭＳ 明朝"/>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ＭＳ 明朝" w:eastAsia="ＭＳ 明朝" w:hAnsi="ＭＳ 明朝" w:cs="ＭＳ 明朝"/>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ＭＳ 明朝" w:eastAsia="ＭＳ 明朝" w:hAnsi="ＭＳ 明朝" w:cs="ＭＳ 明朝"/>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720"/>
  <w:characterSpacingControl w:val="doNotCompress"/>
  <w:hdrShapeDefaults>
    <o:shapedefaults v:ext="edit" spidmax="4097">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7F90"/>
    <w:rsid w:val="0029639D"/>
    <w:rsid w:val="00326F90"/>
    <w:rsid w:val="0034086A"/>
    <w:rsid w:val="00864E72"/>
    <w:rsid w:val="009D27CC"/>
    <w:rsid w:val="00AA1D8D"/>
    <w:rsid w:val="00AC40B5"/>
    <w:rsid w:val="00AF6CAA"/>
    <w:rsid w:val="00B47730"/>
    <w:rsid w:val="00CB0664"/>
    <w:rsid w:val="00D15747"/>
    <w:rsid w:val="00FB370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v:textbox inset="5.85pt,.7pt,5.85pt,.7pt"/>
    </o:shapedefaults>
    <o:shapelayout v:ext="edit">
      <o:idmap v:ext="edit" data="1"/>
    </o:shapelayout>
  </w:shapeDefaults>
  <w:decimalSymbol w:val="."/>
  <w:listSeparator w:val=","/>
  <w14:docId w14:val="3F7E21D8"/>
  <w14:defaultImageDpi w14:val="300"/>
  <w15:docId w15:val="{AB34E194-4C41-439E-AB0C-7C7AF6C4F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ＭＳ 明朝"/>
        <w:sz w:val="21"/>
        <w:szCs w:val="21"/>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pPr>
      <w:spacing w:after="60" w:line="240" w:lineRule="auto"/>
    </w:pPr>
    <w:rPr>
      <w:color w:val="000000"/>
    </w:rPr>
  </w:style>
  <w:style w:type="paragraph" w:styleId="1">
    <w:name w:val="heading 1"/>
    <w:basedOn w:val="a1"/>
    <w:next w:val="a1"/>
    <w:link w:val="10"/>
    <w:uiPriority w:val="9"/>
    <w:qFormat/>
    <w:rsid w:val="00FC693F"/>
    <w:pPr>
      <w:keepNext/>
      <w:keepLines/>
      <w:spacing w:before="100" w:after="80"/>
      <w:outlineLvl w:val="0"/>
    </w:pPr>
    <w:rPr>
      <w:b/>
      <w:bCs/>
    </w:rPr>
  </w:style>
  <w:style w:type="paragraph" w:styleId="21">
    <w:name w:val="heading 2"/>
    <w:basedOn w:val="a1"/>
    <w:next w:val="a1"/>
    <w:link w:val="22"/>
    <w:uiPriority w:val="9"/>
    <w:unhideWhenUsed/>
    <w:qFormat/>
    <w:rsid w:val="00FC693F"/>
    <w:pPr>
      <w:keepNext/>
      <w:keepLines/>
      <w:spacing w:before="100" w:after="80"/>
      <w:outlineLvl w:val="1"/>
    </w:pPr>
    <w:rPr>
      <w:b/>
      <w:bCs/>
    </w:rPr>
  </w:style>
  <w:style w:type="paragraph" w:styleId="31">
    <w:name w:val="heading 3"/>
    <w:basedOn w:val="a1"/>
    <w:next w:val="a1"/>
    <w:link w:val="32"/>
    <w:uiPriority w:val="9"/>
    <w:unhideWhenUsed/>
    <w:qFormat/>
    <w:rsid w:val="00FC693F"/>
    <w:pPr>
      <w:keepNext/>
      <w:keepLines/>
      <w:spacing w:before="100" w:after="80"/>
      <w:outlineLvl w:val="2"/>
    </w:pPr>
    <w:rPr>
      <w:b/>
      <w:bCs/>
    </w:rPr>
  </w:style>
  <w:style w:type="paragraph" w:styleId="4">
    <w:name w:val="heading 4"/>
    <w:basedOn w:val="a1"/>
    <w:next w:val="a1"/>
    <w:link w:val="40"/>
    <w:uiPriority w:val="9"/>
    <w:semiHidden/>
    <w:unhideWhenUsed/>
    <w:qFormat/>
    <w:rsid w:val="00FC693F"/>
    <w:pPr>
      <w:keepNext/>
      <w:keepLines/>
      <w:spacing w:before="200" w:after="0"/>
      <w:outlineLvl w:val="3"/>
    </w:pPr>
    <w:rPr>
      <w:b/>
      <w:bCs/>
      <w:i/>
      <w:iCs/>
    </w:rPr>
  </w:style>
  <w:style w:type="paragraph" w:styleId="5">
    <w:name w:val="heading 5"/>
    <w:basedOn w:val="a1"/>
    <w:next w:val="a1"/>
    <w:link w:val="50"/>
    <w:uiPriority w:val="9"/>
    <w:semiHidden/>
    <w:unhideWhenUsed/>
    <w:qFormat/>
    <w:rsid w:val="00FC693F"/>
    <w:pPr>
      <w:keepNext/>
      <w:keepLines/>
      <w:spacing w:before="200" w:after="0"/>
      <w:outlineLvl w:val="4"/>
    </w:pPr>
  </w:style>
  <w:style w:type="paragraph" w:styleId="6">
    <w:name w:val="heading 6"/>
    <w:basedOn w:val="a1"/>
    <w:next w:val="a1"/>
    <w:link w:val="60"/>
    <w:uiPriority w:val="9"/>
    <w:semiHidden/>
    <w:unhideWhenUsed/>
    <w:qFormat/>
    <w:rsid w:val="00FC693F"/>
    <w:pPr>
      <w:keepNext/>
      <w:keepLines/>
      <w:spacing w:before="200" w:after="0"/>
      <w:outlineLvl w:val="5"/>
    </w:pPr>
    <w:rPr>
      <w:i/>
      <w:iCs/>
    </w:rPr>
  </w:style>
  <w:style w:type="paragraph" w:styleId="7">
    <w:name w:val="heading 7"/>
    <w:basedOn w:val="a1"/>
    <w:next w:val="a1"/>
    <w:link w:val="70"/>
    <w:uiPriority w:val="9"/>
    <w:semiHidden/>
    <w:unhideWhenUsed/>
    <w:qFormat/>
    <w:rsid w:val="00FC693F"/>
    <w:pPr>
      <w:keepNext/>
      <w:keepLines/>
      <w:spacing w:before="200" w:after="0"/>
      <w:outlineLvl w:val="6"/>
    </w:pPr>
    <w:rPr>
      <w:i/>
      <w:iCs/>
    </w:rPr>
  </w:style>
  <w:style w:type="paragraph" w:styleId="8">
    <w:name w:val="heading 8"/>
    <w:basedOn w:val="a1"/>
    <w:next w:val="a1"/>
    <w:link w:val="80"/>
    <w:uiPriority w:val="9"/>
    <w:semiHidden/>
    <w:unhideWhenUsed/>
    <w:qFormat/>
    <w:rsid w:val="00FC693F"/>
    <w:pPr>
      <w:keepNext/>
      <w:keepLines/>
      <w:spacing w:before="200" w:after="0"/>
      <w:outlineLvl w:val="7"/>
    </w:pPr>
  </w:style>
  <w:style w:type="paragraph" w:styleId="9">
    <w:name w:val="heading 9"/>
    <w:basedOn w:val="a1"/>
    <w:next w:val="a1"/>
    <w:link w:val="90"/>
    <w:uiPriority w:val="9"/>
    <w:semiHidden/>
    <w:unhideWhenUsed/>
    <w:qFormat/>
    <w:rsid w:val="00FC693F"/>
    <w:pPr>
      <w:keepNext/>
      <w:keepLines/>
      <w:spacing w:before="200" w:after="0"/>
      <w:outlineLvl w:val="8"/>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ヘッダー (文字)"/>
    <w:basedOn w:val="a2"/>
    <w:link w:val="a5"/>
    <w:uiPriority w:val="99"/>
    <w:rsid w:val="00E618BF"/>
    <w:rPr>
      <w:rFonts w:ascii="ＭＳ 明朝" w:eastAsia="ＭＳ 明朝" w:hAnsi="ＭＳ 明朝" w:cs="ＭＳ 明朝"/>
      <w:color w:val="000000"/>
      <w:sz w:val="21"/>
    </w:rPr>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フッター (文字)"/>
    <w:basedOn w:val="a2"/>
    <w:link w:val="a7"/>
    <w:uiPriority w:val="99"/>
    <w:rsid w:val="00E618BF"/>
    <w:rPr>
      <w:rFonts w:ascii="ＭＳ 明朝" w:eastAsia="ＭＳ 明朝" w:hAnsi="ＭＳ 明朝" w:cs="ＭＳ 明朝"/>
      <w:color w:val="000000"/>
      <w:sz w:val="21"/>
    </w:rPr>
  </w:style>
  <w:style w:type="paragraph" w:styleId="a9">
    <w:name w:val="No Spacing"/>
    <w:uiPriority w:val="1"/>
    <w:qFormat/>
    <w:rsid w:val="00FC693F"/>
    <w:pPr>
      <w:spacing w:after="0" w:line="240" w:lineRule="auto"/>
    </w:pPr>
    <w:rPr>
      <w:color w:val="000000"/>
    </w:rPr>
  </w:style>
  <w:style w:type="character" w:customStyle="1" w:styleId="10">
    <w:name w:val="見出し 1 (文字)"/>
    <w:basedOn w:val="a2"/>
    <w:link w:val="1"/>
    <w:uiPriority w:val="9"/>
    <w:rsid w:val="00FC693F"/>
    <w:rPr>
      <w:rFonts w:ascii="ＭＳ 明朝" w:eastAsia="ＭＳ 明朝" w:hAnsi="ＭＳ 明朝" w:cs="ＭＳ 明朝"/>
      <w:b/>
      <w:bCs/>
      <w:color w:val="000000"/>
      <w:sz w:val="21"/>
      <w:szCs w:val="21"/>
    </w:rPr>
  </w:style>
  <w:style w:type="character" w:customStyle="1" w:styleId="22">
    <w:name w:val="見出し 2 (文字)"/>
    <w:basedOn w:val="a2"/>
    <w:link w:val="21"/>
    <w:uiPriority w:val="9"/>
    <w:rsid w:val="00FC693F"/>
    <w:rPr>
      <w:rFonts w:ascii="ＭＳ 明朝" w:eastAsia="ＭＳ 明朝" w:hAnsi="ＭＳ 明朝" w:cs="ＭＳ 明朝"/>
      <w:b/>
      <w:bCs/>
      <w:color w:val="000000"/>
      <w:sz w:val="21"/>
      <w:szCs w:val="21"/>
    </w:rPr>
  </w:style>
  <w:style w:type="character" w:customStyle="1" w:styleId="32">
    <w:name w:val="見出し 3 (文字)"/>
    <w:basedOn w:val="a2"/>
    <w:link w:val="31"/>
    <w:uiPriority w:val="9"/>
    <w:rsid w:val="00FC693F"/>
    <w:rPr>
      <w:rFonts w:ascii="ＭＳ 明朝" w:eastAsia="ＭＳ 明朝" w:hAnsi="ＭＳ 明朝" w:cs="ＭＳ 明朝"/>
      <w:b/>
      <w:bCs/>
      <w:color w:val="000000"/>
      <w:sz w:val="21"/>
    </w:rPr>
  </w:style>
  <w:style w:type="paragraph" w:styleId="aa">
    <w:name w:val="Title"/>
    <w:basedOn w:val="a1"/>
    <w:next w:val="a1"/>
    <w:link w:val="ab"/>
    <w:uiPriority w:val="10"/>
    <w:qFormat/>
    <w:rsid w:val="00FC693F"/>
    <w:pPr>
      <w:pBdr>
        <w:bottom w:val="single" w:sz="8" w:space="4" w:color="4F81BD" w:themeColor="accent1"/>
      </w:pBdr>
      <w:spacing w:before="100" w:after="80"/>
      <w:contextualSpacing/>
    </w:pPr>
    <w:rPr>
      <w:b/>
      <w:spacing w:val="5"/>
      <w:kern w:val="28"/>
    </w:rPr>
  </w:style>
  <w:style w:type="character" w:customStyle="1" w:styleId="ab">
    <w:name w:val="表題 (文字)"/>
    <w:basedOn w:val="a2"/>
    <w:link w:val="aa"/>
    <w:uiPriority w:val="10"/>
    <w:rsid w:val="00FC693F"/>
    <w:rPr>
      <w:rFonts w:ascii="ＭＳ 明朝" w:eastAsia="ＭＳ 明朝" w:hAnsi="ＭＳ 明朝" w:cs="ＭＳ 明朝"/>
      <w:color w:val="000000"/>
      <w:spacing w:val="5"/>
      <w:kern w:val="28"/>
      <w:sz w:val="21"/>
      <w:szCs w:val="21"/>
    </w:rPr>
  </w:style>
  <w:style w:type="paragraph" w:styleId="ac">
    <w:name w:val="Subtitle"/>
    <w:basedOn w:val="a1"/>
    <w:next w:val="a1"/>
    <w:link w:val="ad"/>
    <w:uiPriority w:val="11"/>
    <w:qFormat/>
    <w:rsid w:val="00FC693F"/>
    <w:pPr>
      <w:numPr>
        <w:ilvl w:val="1"/>
      </w:numPr>
    </w:pPr>
    <w:rPr>
      <w:i/>
      <w:iCs/>
      <w:spacing w:val="15"/>
    </w:rPr>
  </w:style>
  <w:style w:type="character" w:customStyle="1" w:styleId="ad">
    <w:name w:val="副題 (文字)"/>
    <w:basedOn w:val="a2"/>
    <w:link w:val="ac"/>
    <w:uiPriority w:val="11"/>
    <w:rsid w:val="00FC693F"/>
    <w:rPr>
      <w:rFonts w:ascii="ＭＳ 明朝" w:eastAsia="ＭＳ 明朝" w:hAnsi="ＭＳ 明朝" w:cs="ＭＳ 明朝"/>
      <w:i/>
      <w:iCs/>
      <w:color w:val="000000"/>
      <w:spacing w:val="15"/>
      <w:sz w:val="21"/>
      <w:szCs w:val="21"/>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rPr>
      <w:rFonts w:ascii="ＭＳ 明朝" w:eastAsia="ＭＳ 明朝" w:hAnsi="ＭＳ 明朝" w:cs="ＭＳ 明朝"/>
      <w:color w:val="000000"/>
      <w:sz w:val="21"/>
    </w:rPr>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rPr>
      <w:rFonts w:ascii="ＭＳ 明朝" w:eastAsia="ＭＳ 明朝" w:hAnsi="ＭＳ 明朝" w:cs="ＭＳ 明朝"/>
      <w:color w:val="000000"/>
      <w:sz w:val="21"/>
    </w:rPr>
  </w:style>
  <w:style w:type="paragraph" w:styleId="33">
    <w:name w:val="Body Text 3"/>
    <w:basedOn w:val="a1"/>
    <w:link w:val="34"/>
    <w:uiPriority w:val="99"/>
    <w:unhideWhenUsed/>
    <w:rsid w:val="00AA1D8D"/>
    <w:pPr>
      <w:spacing w:after="120"/>
    </w:pPr>
  </w:style>
  <w:style w:type="character" w:customStyle="1" w:styleId="34">
    <w:name w:val="本文 3 (文字)"/>
    <w:basedOn w:val="a2"/>
    <w:link w:val="33"/>
    <w:uiPriority w:val="99"/>
    <w:rsid w:val="00AA1D8D"/>
    <w:rPr>
      <w:rFonts w:ascii="ＭＳ 明朝" w:eastAsia="ＭＳ 明朝" w:hAnsi="ＭＳ 明朝" w:cs="ＭＳ 明朝"/>
      <w:color w:val="000000"/>
      <w:sz w:val="21"/>
      <w:szCs w:val="21"/>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color w:val="000000"/>
    </w:rPr>
  </w:style>
  <w:style w:type="character" w:customStyle="1" w:styleId="af4">
    <w:name w:val="マクロ文字列 (文字)"/>
    <w:basedOn w:val="a2"/>
    <w:link w:val="af3"/>
    <w:uiPriority w:val="99"/>
    <w:rsid w:val="0029639D"/>
    <w:rPr>
      <w:rFonts w:ascii="ＭＳ 明朝" w:eastAsia="ＭＳ 明朝" w:hAnsi="ＭＳ 明朝" w:cs="ＭＳ 明朝"/>
      <w:color w:val="000000"/>
      <w:sz w:val="21"/>
      <w:szCs w:val="21"/>
    </w:rPr>
  </w:style>
  <w:style w:type="paragraph" w:styleId="af5">
    <w:name w:val="Quote"/>
    <w:basedOn w:val="a1"/>
    <w:next w:val="a1"/>
    <w:link w:val="af6"/>
    <w:uiPriority w:val="29"/>
    <w:qFormat/>
    <w:rsid w:val="00FC693F"/>
    <w:rPr>
      <w:i/>
      <w:iCs/>
    </w:rPr>
  </w:style>
  <w:style w:type="character" w:customStyle="1" w:styleId="af6">
    <w:name w:val="引用文 (文字)"/>
    <w:basedOn w:val="a2"/>
    <w:link w:val="af5"/>
    <w:uiPriority w:val="29"/>
    <w:rsid w:val="00FC693F"/>
    <w:rPr>
      <w:rFonts w:ascii="ＭＳ 明朝" w:eastAsia="ＭＳ 明朝" w:hAnsi="ＭＳ 明朝" w:cs="ＭＳ 明朝"/>
      <w:i/>
      <w:iCs/>
      <w:color w:val="000000"/>
      <w:sz w:val="21"/>
    </w:rPr>
  </w:style>
  <w:style w:type="character" w:customStyle="1" w:styleId="40">
    <w:name w:val="見出し 4 (文字)"/>
    <w:basedOn w:val="a2"/>
    <w:link w:val="4"/>
    <w:uiPriority w:val="9"/>
    <w:semiHidden/>
    <w:rsid w:val="00FC693F"/>
    <w:rPr>
      <w:rFonts w:ascii="ＭＳ 明朝" w:eastAsia="ＭＳ 明朝" w:hAnsi="ＭＳ 明朝" w:cs="ＭＳ 明朝"/>
      <w:b/>
      <w:bCs/>
      <w:i/>
      <w:iCs/>
      <w:color w:val="000000"/>
      <w:sz w:val="21"/>
    </w:rPr>
  </w:style>
  <w:style w:type="character" w:customStyle="1" w:styleId="50">
    <w:name w:val="見出し 5 (文字)"/>
    <w:basedOn w:val="a2"/>
    <w:link w:val="5"/>
    <w:uiPriority w:val="9"/>
    <w:semiHidden/>
    <w:rsid w:val="00FC693F"/>
    <w:rPr>
      <w:rFonts w:ascii="ＭＳ 明朝" w:eastAsia="ＭＳ 明朝" w:hAnsi="ＭＳ 明朝" w:cs="ＭＳ 明朝"/>
      <w:color w:val="000000"/>
      <w:sz w:val="21"/>
    </w:rPr>
  </w:style>
  <w:style w:type="character" w:customStyle="1" w:styleId="60">
    <w:name w:val="見出し 6 (文字)"/>
    <w:basedOn w:val="a2"/>
    <w:link w:val="6"/>
    <w:uiPriority w:val="9"/>
    <w:semiHidden/>
    <w:rsid w:val="00FC693F"/>
    <w:rPr>
      <w:rFonts w:ascii="ＭＳ 明朝" w:eastAsia="ＭＳ 明朝" w:hAnsi="ＭＳ 明朝" w:cs="ＭＳ 明朝"/>
      <w:i/>
      <w:iCs/>
      <w:color w:val="000000"/>
      <w:sz w:val="21"/>
    </w:rPr>
  </w:style>
  <w:style w:type="character" w:customStyle="1" w:styleId="70">
    <w:name w:val="見出し 7 (文字)"/>
    <w:basedOn w:val="a2"/>
    <w:link w:val="7"/>
    <w:uiPriority w:val="9"/>
    <w:semiHidden/>
    <w:rsid w:val="00FC693F"/>
    <w:rPr>
      <w:rFonts w:ascii="ＭＳ 明朝" w:eastAsia="ＭＳ 明朝" w:hAnsi="ＭＳ 明朝" w:cs="ＭＳ 明朝"/>
      <w:i/>
      <w:iCs/>
      <w:color w:val="000000"/>
      <w:sz w:val="21"/>
    </w:rPr>
  </w:style>
  <w:style w:type="character" w:customStyle="1" w:styleId="80">
    <w:name w:val="見出し 8 (文字)"/>
    <w:basedOn w:val="a2"/>
    <w:link w:val="8"/>
    <w:uiPriority w:val="9"/>
    <w:semiHidden/>
    <w:rsid w:val="00FC693F"/>
    <w:rPr>
      <w:rFonts w:ascii="ＭＳ 明朝" w:eastAsia="ＭＳ 明朝" w:hAnsi="ＭＳ 明朝" w:cs="ＭＳ 明朝"/>
      <w:color w:val="000000"/>
      <w:sz w:val="21"/>
      <w:szCs w:val="21"/>
    </w:rPr>
  </w:style>
  <w:style w:type="character" w:customStyle="1" w:styleId="90">
    <w:name w:val="見出し 9 (文字)"/>
    <w:basedOn w:val="a2"/>
    <w:link w:val="9"/>
    <w:uiPriority w:val="9"/>
    <w:semiHidden/>
    <w:rsid w:val="00FC693F"/>
    <w:rPr>
      <w:rFonts w:ascii="ＭＳ 明朝" w:eastAsia="ＭＳ 明朝" w:hAnsi="ＭＳ 明朝" w:cs="ＭＳ 明朝"/>
      <w:i/>
      <w:iCs/>
      <w:color w:val="000000"/>
      <w:sz w:val="21"/>
      <w:szCs w:val="21"/>
    </w:rPr>
  </w:style>
  <w:style w:type="paragraph" w:styleId="af7">
    <w:name w:val="caption"/>
    <w:basedOn w:val="a1"/>
    <w:next w:val="a1"/>
    <w:uiPriority w:val="35"/>
    <w:semiHidden/>
    <w:unhideWhenUsed/>
    <w:qFormat/>
    <w:rsid w:val="00FC693F"/>
    <w:rPr>
      <w:b/>
      <w:bCs/>
    </w:rPr>
  </w:style>
  <w:style w:type="character" w:styleId="af8">
    <w:name w:val="Strong"/>
    <w:basedOn w:val="a2"/>
    <w:uiPriority w:val="22"/>
    <w:qFormat/>
    <w:rsid w:val="00FC693F"/>
    <w:rPr>
      <w:rFonts w:ascii="ＭＳ 明朝" w:eastAsia="ＭＳ 明朝" w:hAnsi="ＭＳ 明朝" w:cs="ＭＳ 明朝"/>
      <w:b/>
      <w:bCs/>
      <w:color w:val="000000"/>
      <w:sz w:val="21"/>
    </w:rPr>
  </w:style>
  <w:style w:type="character" w:styleId="af9">
    <w:name w:val="Emphasis"/>
    <w:basedOn w:val="a2"/>
    <w:uiPriority w:val="20"/>
    <w:qFormat/>
    <w:rsid w:val="00FC693F"/>
    <w:rPr>
      <w:rFonts w:ascii="ＭＳ 明朝" w:eastAsia="ＭＳ 明朝" w:hAnsi="ＭＳ 明朝" w:cs="ＭＳ 明朝"/>
      <w:i/>
      <w:iCs/>
      <w:color w:val="000000"/>
      <w:sz w:val="21"/>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rPr>
  </w:style>
  <w:style w:type="character" w:customStyle="1" w:styleId="28">
    <w:name w:val="引用文 2 (文字)"/>
    <w:basedOn w:val="a2"/>
    <w:link w:val="27"/>
    <w:uiPriority w:val="30"/>
    <w:rsid w:val="00FC693F"/>
    <w:rPr>
      <w:rFonts w:ascii="ＭＳ 明朝" w:eastAsia="ＭＳ 明朝" w:hAnsi="ＭＳ 明朝" w:cs="ＭＳ 明朝"/>
      <w:b/>
      <w:bCs/>
      <w:i/>
      <w:iCs/>
      <w:color w:val="000000"/>
      <w:sz w:val="21"/>
    </w:rPr>
  </w:style>
  <w:style w:type="character" w:styleId="afa">
    <w:name w:val="Subtle Emphasis"/>
    <w:basedOn w:val="a2"/>
    <w:uiPriority w:val="19"/>
    <w:qFormat/>
    <w:rsid w:val="00FC693F"/>
    <w:rPr>
      <w:rFonts w:ascii="ＭＳ 明朝" w:eastAsia="ＭＳ 明朝" w:hAnsi="ＭＳ 明朝" w:cs="ＭＳ 明朝"/>
      <w:i/>
      <w:iCs/>
      <w:color w:val="000000"/>
      <w:sz w:val="21"/>
    </w:rPr>
  </w:style>
  <w:style w:type="character" w:styleId="29">
    <w:name w:val="Intense Emphasis"/>
    <w:basedOn w:val="a2"/>
    <w:uiPriority w:val="21"/>
    <w:qFormat/>
    <w:rsid w:val="00FC693F"/>
    <w:rPr>
      <w:rFonts w:ascii="ＭＳ 明朝" w:eastAsia="ＭＳ 明朝" w:hAnsi="ＭＳ 明朝" w:cs="ＭＳ 明朝"/>
      <w:b/>
      <w:bCs/>
      <w:i/>
      <w:iCs/>
      <w:color w:val="000000"/>
      <w:sz w:val="21"/>
    </w:rPr>
  </w:style>
  <w:style w:type="character" w:styleId="afb">
    <w:name w:val="Subtle Reference"/>
    <w:basedOn w:val="a2"/>
    <w:uiPriority w:val="31"/>
    <w:qFormat/>
    <w:rsid w:val="00FC693F"/>
    <w:rPr>
      <w:rFonts w:ascii="ＭＳ 明朝" w:eastAsia="ＭＳ 明朝" w:hAnsi="ＭＳ 明朝" w:cs="ＭＳ 明朝"/>
      <w:smallCaps/>
      <w:color w:val="000000"/>
      <w:sz w:val="21"/>
      <w:u w:val="single"/>
    </w:rPr>
  </w:style>
  <w:style w:type="character" w:styleId="2a">
    <w:name w:val="Intense Reference"/>
    <w:basedOn w:val="a2"/>
    <w:uiPriority w:val="32"/>
    <w:qFormat/>
    <w:rsid w:val="00FC693F"/>
    <w:rPr>
      <w:rFonts w:ascii="ＭＳ 明朝" w:eastAsia="ＭＳ 明朝" w:hAnsi="ＭＳ 明朝" w:cs="ＭＳ 明朝"/>
      <w:b/>
      <w:bCs/>
      <w:smallCaps/>
      <w:color w:val="000000"/>
      <w:spacing w:val="5"/>
      <w:sz w:val="21"/>
      <w:u w:val="single"/>
    </w:rPr>
  </w:style>
  <w:style w:type="character" w:styleId="afc">
    <w:name w:val="Book Title"/>
    <w:basedOn w:val="a2"/>
    <w:uiPriority w:val="33"/>
    <w:qFormat/>
    <w:rsid w:val="00FC693F"/>
    <w:rPr>
      <w:rFonts w:ascii="ＭＳ 明朝" w:eastAsia="ＭＳ 明朝" w:hAnsi="ＭＳ 明朝" w:cs="ＭＳ 明朝"/>
      <w:b/>
      <w:bCs/>
      <w:smallCaps/>
      <w:color w:val="000000"/>
      <w:spacing w:val="5"/>
      <w:sz w:val="21"/>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00000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00000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00000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00000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00000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00000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rPr>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0000"/>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rPr>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000000"/>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rPr>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000000"/>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rPr>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000000"/>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rPr>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000000"/>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rPr>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000000"/>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rPr>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000000"/>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rPr>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ＭＳ 明朝" w:eastAsia="ＭＳ 明朝" w:hAnsi="ＭＳ 明朝" w:cs="ＭＳ 明朝"/>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ＭＳ 明朝" w:eastAsia="ＭＳ 明朝" w:hAnsi="ＭＳ 明朝" w:cs="ＭＳ 明朝"/>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rPr>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ＭＳ 明朝" w:eastAsia="ＭＳ 明朝" w:hAnsi="ＭＳ 明朝" w:cs="ＭＳ 明朝"/>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ＭＳ 明朝" w:eastAsia="ＭＳ 明朝" w:hAnsi="ＭＳ 明朝" w:cs="ＭＳ 明朝"/>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rPr>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ＭＳ 明朝" w:eastAsia="ＭＳ 明朝" w:hAnsi="ＭＳ 明朝" w:cs="ＭＳ 明朝"/>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ＭＳ 明朝" w:eastAsia="ＭＳ 明朝" w:hAnsi="ＭＳ 明朝" w:cs="ＭＳ 明朝"/>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rPr>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ＭＳ 明朝" w:eastAsia="ＭＳ 明朝" w:hAnsi="ＭＳ 明朝" w:cs="ＭＳ 明朝"/>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ＭＳ 明朝" w:eastAsia="ＭＳ 明朝" w:hAnsi="ＭＳ 明朝" w:cs="ＭＳ 明朝"/>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rPr>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ＭＳ 明朝" w:eastAsia="ＭＳ 明朝" w:hAnsi="ＭＳ 明朝" w:cs="ＭＳ 明朝"/>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ＭＳ 明朝" w:eastAsia="ＭＳ 明朝" w:hAnsi="ＭＳ 明朝" w:cs="ＭＳ 明朝"/>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rPr>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ＭＳ 明朝" w:eastAsia="ＭＳ 明朝" w:hAnsi="ＭＳ 明朝" w:cs="ＭＳ 明朝"/>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ＭＳ 明朝" w:eastAsia="ＭＳ 明朝" w:hAnsi="ＭＳ 明朝" w:cs="ＭＳ 明朝"/>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rPr>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ＭＳ 明朝" w:eastAsia="ＭＳ 明朝" w:hAnsi="ＭＳ 明朝" w:cs="ＭＳ 明朝"/>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ＭＳ 明朝" w:eastAsia="ＭＳ 明朝" w:hAnsi="ＭＳ 明朝" w:cs="ＭＳ 明朝"/>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rPr>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000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rPr>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00000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rPr>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00000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rPr>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00000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rPr>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00000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rPr>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00000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rPr>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00000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000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00000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00000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00000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00000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00000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00000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rPr>
    <w:tblPr>
      <w:tblStyleRowBandSize w:val="1"/>
      <w:tblStyleColBandSize w:val="1"/>
      <w:tblBorders>
        <w:top w:val="single" w:sz="8" w:space="0" w:color="000000" w:themeColor="text1"/>
        <w:bottom w:val="single" w:sz="8" w:space="0" w:color="000000" w:themeColor="text1"/>
      </w:tblBorders>
    </w:tblPr>
    <w:tblStylePr w:type="firstRow">
      <w:rPr>
        <w:rFonts w:ascii="ＭＳ 明朝" w:eastAsia="ＭＳ 明朝" w:hAnsi="ＭＳ 明朝" w:cs="ＭＳ 明朝"/>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rPr>
    <w:tblPr>
      <w:tblStyleRowBandSize w:val="1"/>
      <w:tblStyleColBandSize w:val="1"/>
      <w:tblBorders>
        <w:top w:val="single" w:sz="8" w:space="0" w:color="4F81BD" w:themeColor="accent1"/>
        <w:bottom w:val="single" w:sz="8" w:space="0" w:color="4F81BD" w:themeColor="accent1"/>
      </w:tblBorders>
    </w:tblPr>
    <w:tblStylePr w:type="firstRow">
      <w:rPr>
        <w:rFonts w:ascii="ＭＳ 明朝" w:eastAsia="ＭＳ 明朝" w:hAnsi="ＭＳ 明朝" w:cs="ＭＳ 明朝"/>
      </w:rPr>
      <w:tblPr/>
      <w:tcPr>
        <w:tcBorders>
          <w:top w:val="nil"/>
          <w:bottom w:val="single" w:sz="8" w:space="0" w:color="4F81BD" w:themeColor="accent1"/>
        </w:tcBorders>
      </w:tcPr>
    </w:tblStylePr>
    <w:tblStylePr w:type="lastRow">
      <w:rPr>
        <w:b/>
        <w:bCs/>
        <w:color w:val="000000"/>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rPr>
    <w:tblPr>
      <w:tblStyleRowBandSize w:val="1"/>
      <w:tblStyleColBandSize w:val="1"/>
      <w:tblBorders>
        <w:top w:val="single" w:sz="8" w:space="0" w:color="C0504D" w:themeColor="accent2"/>
        <w:bottom w:val="single" w:sz="8" w:space="0" w:color="C0504D" w:themeColor="accent2"/>
      </w:tblBorders>
    </w:tblPr>
    <w:tblStylePr w:type="firstRow">
      <w:rPr>
        <w:rFonts w:ascii="ＭＳ 明朝" w:eastAsia="ＭＳ 明朝" w:hAnsi="ＭＳ 明朝" w:cs="ＭＳ 明朝"/>
      </w:rPr>
      <w:tblPr/>
      <w:tcPr>
        <w:tcBorders>
          <w:top w:val="nil"/>
          <w:bottom w:val="single" w:sz="8" w:space="0" w:color="C0504D" w:themeColor="accent2"/>
        </w:tcBorders>
      </w:tcPr>
    </w:tblStylePr>
    <w:tblStylePr w:type="lastRow">
      <w:rPr>
        <w:b/>
        <w:bCs/>
        <w:color w:val="000000"/>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rPr>
    <w:tblPr>
      <w:tblStyleRowBandSize w:val="1"/>
      <w:tblStyleColBandSize w:val="1"/>
      <w:tblBorders>
        <w:top w:val="single" w:sz="8" w:space="0" w:color="9BBB59" w:themeColor="accent3"/>
        <w:bottom w:val="single" w:sz="8" w:space="0" w:color="9BBB59" w:themeColor="accent3"/>
      </w:tblBorders>
    </w:tblPr>
    <w:tblStylePr w:type="firstRow">
      <w:rPr>
        <w:rFonts w:ascii="ＭＳ 明朝" w:eastAsia="ＭＳ 明朝" w:hAnsi="ＭＳ 明朝" w:cs="ＭＳ 明朝"/>
      </w:rPr>
      <w:tblPr/>
      <w:tcPr>
        <w:tcBorders>
          <w:top w:val="nil"/>
          <w:bottom w:val="single" w:sz="8" w:space="0" w:color="9BBB59" w:themeColor="accent3"/>
        </w:tcBorders>
      </w:tcPr>
    </w:tblStylePr>
    <w:tblStylePr w:type="lastRow">
      <w:rPr>
        <w:b/>
        <w:bCs/>
        <w:color w:val="000000"/>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rPr>
    <w:tblPr>
      <w:tblStyleRowBandSize w:val="1"/>
      <w:tblStyleColBandSize w:val="1"/>
      <w:tblBorders>
        <w:top w:val="single" w:sz="8" w:space="0" w:color="8064A2" w:themeColor="accent4"/>
        <w:bottom w:val="single" w:sz="8" w:space="0" w:color="8064A2" w:themeColor="accent4"/>
      </w:tblBorders>
    </w:tblPr>
    <w:tblStylePr w:type="firstRow">
      <w:rPr>
        <w:rFonts w:ascii="ＭＳ 明朝" w:eastAsia="ＭＳ 明朝" w:hAnsi="ＭＳ 明朝" w:cs="ＭＳ 明朝"/>
      </w:rPr>
      <w:tblPr/>
      <w:tcPr>
        <w:tcBorders>
          <w:top w:val="nil"/>
          <w:bottom w:val="single" w:sz="8" w:space="0" w:color="8064A2" w:themeColor="accent4"/>
        </w:tcBorders>
      </w:tcPr>
    </w:tblStylePr>
    <w:tblStylePr w:type="lastRow">
      <w:rPr>
        <w:b/>
        <w:bCs/>
        <w:color w:val="000000"/>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rPr>
    <w:tblPr>
      <w:tblStyleRowBandSize w:val="1"/>
      <w:tblStyleColBandSize w:val="1"/>
      <w:tblBorders>
        <w:top w:val="single" w:sz="8" w:space="0" w:color="4BACC6" w:themeColor="accent5"/>
        <w:bottom w:val="single" w:sz="8" w:space="0" w:color="4BACC6" w:themeColor="accent5"/>
      </w:tblBorders>
    </w:tblPr>
    <w:tblStylePr w:type="firstRow">
      <w:rPr>
        <w:rFonts w:ascii="ＭＳ 明朝" w:eastAsia="ＭＳ 明朝" w:hAnsi="ＭＳ 明朝" w:cs="ＭＳ 明朝"/>
      </w:rPr>
      <w:tblPr/>
      <w:tcPr>
        <w:tcBorders>
          <w:top w:val="nil"/>
          <w:bottom w:val="single" w:sz="8" w:space="0" w:color="4BACC6" w:themeColor="accent5"/>
        </w:tcBorders>
      </w:tcPr>
    </w:tblStylePr>
    <w:tblStylePr w:type="lastRow">
      <w:rPr>
        <w:b/>
        <w:bCs/>
        <w:color w:val="000000"/>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rPr>
    <w:tblPr>
      <w:tblStyleRowBandSize w:val="1"/>
      <w:tblStyleColBandSize w:val="1"/>
      <w:tblBorders>
        <w:top w:val="single" w:sz="8" w:space="0" w:color="F79646" w:themeColor="accent6"/>
        <w:bottom w:val="single" w:sz="8" w:space="0" w:color="F79646" w:themeColor="accent6"/>
      </w:tblBorders>
    </w:tblPr>
    <w:tblStylePr w:type="firstRow">
      <w:rPr>
        <w:rFonts w:ascii="ＭＳ 明朝" w:eastAsia="ＭＳ 明朝" w:hAnsi="ＭＳ 明朝" w:cs="ＭＳ 明朝"/>
      </w:rPr>
      <w:tblPr/>
      <w:tcPr>
        <w:tcBorders>
          <w:top w:val="nil"/>
          <w:bottom w:val="single" w:sz="8" w:space="0" w:color="F79646" w:themeColor="accent6"/>
        </w:tcBorders>
      </w:tcPr>
    </w:tblStylePr>
    <w:tblStylePr w:type="lastRow">
      <w:rPr>
        <w:b/>
        <w:bCs/>
        <w:color w:val="000000"/>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1"/>
        <w:szCs w:val="21"/>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1"/>
        <w:szCs w:val="21"/>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1"/>
        <w:szCs w:val="21"/>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1"/>
        <w:szCs w:val="21"/>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1"/>
        <w:szCs w:val="21"/>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1"/>
        <w:szCs w:val="21"/>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1"/>
        <w:szCs w:val="21"/>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rPr>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rPr>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rPr>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rPr>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rPr>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rPr>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rPr>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00000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00000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00000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00000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00000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00000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00000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000000" w:themeFill="text1" w:themeFillShade="99"/>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000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121">
    <w:name w:val="Colorful Shading Accent 1"/>
    <w:basedOn w:val="a3"/>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C4C74" w:themeFill="accent1" w:themeFillShade="99"/>
      </w:tcPr>
    </w:tblStylePr>
    <w:tblStylePr w:type="firstCol">
      <w:rPr>
        <w:color w:val="00000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00000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122">
    <w:name w:val="Colorful Shading Accent 2"/>
    <w:basedOn w:val="a3"/>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772C2A" w:themeFill="accent2" w:themeFillShade="99"/>
      </w:tcPr>
    </w:tblStylePr>
    <w:tblStylePr w:type="firstCol">
      <w:rPr>
        <w:color w:val="00000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00000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123">
    <w:name w:val="Colorful Shading Accent 3"/>
    <w:basedOn w:val="a3"/>
    <w:uiPriority w:val="71"/>
    <w:rsid w:val="00CB0664"/>
    <w:pPr>
      <w:spacing w:after="0" w:line="240" w:lineRule="auto"/>
    </w:pPr>
    <w:rPr>
      <w:color w:val="00000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5E7530" w:themeFill="accent3" w:themeFillShade="99"/>
      </w:tcPr>
    </w:tblStylePr>
    <w:tblStylePr w:type="firstCol">
      <w:rPr>
        <w:color w:val="00000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00000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4C3B62" w:themeFill="accent4" w:themeFillShade="99"/>
      </w:tcPr>
    </w:tblStylePr>
    <w:tblStylePr w:type="firstCol">
      <w:rPr>
        <w:color w:val="00000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00000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125">
    <w:name w:val="Colorful Shading Accent 5"/>
    <w:basedOn w:val="a3"/>
    <w:uiPriority w:val="71"/>
    <w:rsid w:val="00CB0664"/>
    <w:pPr>
      <w:spacing w:after="0" w:line="240" w:lineRule="auto"/>
    </w:pPr>
    <w:rPr>
      <w:color w:val="00000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76A7C" w:themeFill="accent5" w:themeFillShade="99"/>
      </w:tcPr>
    </w:tblStylePr>
    <w:tblStylePr w:type="firstCol">
      <w:rPr>
        <w:color w:val="00000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00000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126">
    <w:name w:val="Colorful Shading Accent 6"/>
    <w:basedOn w:val="a3"/>
    <w:uiPriority w:val="71"/>
    <w:rsid w:val="00CB0664"/>
    <w:pPr>
      <w:spacing w:after="0" w:line="240" w:lineRule="auto"/>
    </w:pPr>
    <w:rPr>
      <w:color w:val="00000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B65608" w:themeFill="accent6" w:themeFillShade="99"/>
      </w:tcPr>
    </w:tblStylePr>
    <w:tblStylePr w:type="firstCol">
      <w:rPr>
        <w:color w:val="00000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00000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130">
    <w:name w:val="Colorful List"/>
    <w:basedOn w:val="a3"/>
    <w:uiPriority w:val="72"/>
    <w:rsid w:val="00CB0664"/>
    <w:pPr>
      <w:spacing w:after="0" w:line="240" w:lineRule="auto"/>
    </w:pPr>
    <w:rPr>
      <w:color w:val="000000"/>
    </w:rPr>
    <w:tblPr>
      <w:tblStyleRowBandSize w:val="1"/>
      <w:tblStyleColBandSize w:val="1"/>
    </w:tblPr>
    <w:tcPr>
      <w:shd w:val="clear" w:color="auto" w:fill="E6E6E6" w:themeFill="tex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rPr>
    <w:tblPr>
      <w:tblStyleRowBandSize w:val="1"/>
      <w:tblStyleColBandSize w:val="1"/>
    </w:tblPr>
    <w:tcPr>
      <w:shd w:val="clear" w:color="auto" w:fill="EDF2F8" w:themeFill="accen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rPr>
    <w:tblPr>
      <w:tblStyleRowBandSize w:val="1"/>
      <w:tblStyleColBandSize w:val="1"/>
    </w:tblPr>
    <w:tcPr>
      <w:shd w:val="clear" w:color="auto" w:fill="F8EDED" w:themeFill="accent2"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rPr>
    <w:tblPr>
      <w:tblStyleRowBandSize w:val="1"/>
      <w:tblStyleColBandSize w:val="1"/>
    </w:tblPr>
    <w:tcPr>
      <w:shd w:val="clear" w:color="auto" w:fill="F5F8EE" w:themeFill="accent3" w:themeFillTint="19"/>
    </w:tcPr>
    <w:tblStylePr w:type="firstRow">
      <w:rPr>
        <w:b/>
        <w:bCs/>
        <w:color w:val="000000"/>
      </w:rPr>
      <w:tblPr/>
      <w:tcPr>
        <w:tcBorders>
          <w:bottom w:val="single" w:sz="12" w:space="0" w:color="FFFFFF" w:themeColor="background1"/>
        </w:tcBorders>
        <w:shd w:val="clear" w:color="auto" w:fill="664E82" w:themeFill="accent4"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rPr>
    <w:tblPr>
      <w:tblStyleRowBandSize w:val="1"/>
      <w:tblStyleColBandSize w:val="1"/>
    </w:tblPr>
    <w:tcPr>
      <w:shd w:val="clear" w:color="auto" w:fill="F2EFF6" w:themeFill="accent4" w:themeFillTint="19"/>
    </w:tcPr>
    <w:tblStylePr w:type="firstRow">
      <w:rPr>
        <w:b/>
        <w:bCs/>
        <w:color w:val="000000"/>
      </w:rPr>
      <w:tblPr/>
      <w:tcPr>
        <w:tcBorders>
          <w:bottom w:val="single" w:sz="12" w:space="0" w:color="FFFFFF" w:themeColor="background1"/>
        </w:tcBorders>
        <w:shd w:val="clear" w:color="auto" w:fill="7E9C40" w:themeFill="accent3"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rPr>
    <w:tblPr>
      <w:tblStyleRowBandSize w:val="1"/>
      <w:tblStyleColBandSize w:val="1"/>
    </w:tblPr>
    <w:tcPr>
      <w:shd w:val="clear" w:color="auto" w:fill="EDF6F9" w:themeFill="accent5" w:themeFillTint="19"/>
    </w:tcPr>
    <w:tblStylePr w:type="firstRow">
      <w:rPr>
        <w:b/>
        <w:bCs/>
        <w:color w:val="000000"/>
      </w:rPr>
      <w:tblPr/>
      <w:tcPr>
        <w:tcBorders>
          <w:bottom w:val="single" w:sz="12" w:space="0" w:color="FFFFFF" w:themeColor="background1"/>
        </w:tcBorders>
        <w:shd w:val="clear" w:color="auto" w:fill="F2730A" w:themeFill="accent6"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rPr>
    <w:tblPr>
      <w:tblStyleRowBandSize w:val="1"/>
      <w:tblStyleColBandSize w:val="1"/>
    </w:tblPr>
    <w:tcPr>
      <w:shd w:val="clear" w:color="auto" w:fill="FEF4EC" w:themeFill="accent6" w:themeFillTint="19"/>
    </w:tcPr>
    <w:tblStylePr w:type="firstRow">
      <w:rPr>
        <w:b/>
        <w:bCs/>
        <w:color w:val="000000"/>
      </w:rPr>
      <w:tblPr/>
      <w:tcPr>
        <w:tcBorders>
          <w:bottom w:val="single" w:sz="12" w:space="0" w:color="FFFFFF" w:themeColor="background1"/>
        </w:tcBorders>
        <w:shd w:val="clear" w:color="auto" w:fill="348DA5" w:themeFill="accent5"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000000"/>
      </w:rPr>
      <w:tblPr/>
      <w:tcPr>
        <w:shd w:val="clear" w:color="auto" w:fill="000000" w:themeFill="text1" w:themeFillShade="BF"/>
      </w:tcPr>
    </w:tblStylePr>
    <w:tblStylePr w:type="lastCol">
      <w:rPr>
        <w:color w:val="00000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000000"/>
      </w:rPr>
      <w:tblPr/>
      <w:tcPr>
        <w:shd w:val="clear" w:color="auto" w:fill="365F91" w:themeFill="accent1" w:themeFillShade="BF"/>
      </w:tcPr>
    </w:tblStylePr>
    <w:tblStylePr w:type="lastCol">
      <w:rPr>
        <w:color w:val="00000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000000"/>
      </w:rPr>
      <w:tblPr/>
      <w:tcPr>
        <w:shd w:val="clear" w:color="auto" w:fill="943634" w:themeFill="accent2" w:themeFillShade="BF"/>
      </w:tcPr>
    </w:tblStylePr>
    <w:tblStylePr w:type="lastCol">
      <w:rPr>
        <w:color w:val="00000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000000"/>
      </w:rPr>
      <w:tblPr/>
      <w:tcPr>
        <w:shd w:val="clear" w:color="auto" w:fill="76923C" w:themeFill="accent3" w:themeFillShade="BF"/>
      </w:tcPr>
    </w:tblStylePr>
    <w:tblStylePr w:type="lastCol">
      <w:rPr>
        <w:color w:val="00000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000000"/>
      </w:rPr>
      <w:tblPr/>
      <w:tcPr>
        <w:shd w:val="clear" w:color="auto" w:fill="5F497A" w:themeFill="accent4" w:themeFillShade="BF"/>
      </w:tcPr>
    </w:tblStylePr>
    <w:tblStylePr w:type="lastCol">
      <w:rPr>
        <w:color w:val="00000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000000"/>
      </w:rPr>
      <w:tblPr/>
      <w:tcPr>
        <w:shd w:val="clear" w:color="auto" w:fill="31849B" w:themeFill="accent5" w:themeFillShade="BF"/>
      </w:tcPr>
    </w:tblStylePr>
    <w:tblStylePr w:type="lastCol">
      <w:rPr>
        <w:color w:val="00000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000000"/>
      </w:rPr>
      <w:tblPr/>
      <w:tcPr>
        <w:shd w:val="clear" w:color="auto" w:fill="E36C0A" w:themeFill="accent6" w:themeFillShade="BF"/>
      </w:tcPr>
    </w:tblStylePr>
    <w:tblStylePr w:type="lastCol">
      <w:rPr>
        <w:color w:val="00000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6079F7-B801-484F-9ECD-57FF2522A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90</Words>
  <Characters>515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様式第1号 参加表明書</dc:title>
  <dc:subject/>
  <dc:creator>上牧町</dc:creator>
  <cp:keywords/>
  <dc:description>generated by python-docx</dc:description>
  <cp:lastModifiedBy>中村 謙太郎</cp:lastModifiedBy>
  <cp:revision>5</cp:revision>
  <dcterms:created xsi:type="dcterms:W3CDTF">2013-12-23T23:15:00Z</dcterms:created>
  <dcterms:modified xsi:type="dcterms:W3CDTF">2026-09-11T04:50:00Z</dcterms:modified>
  <cp:category/>
</cp:coreProperties>
</file>