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161" w:rsidRDefault="005646A2">
      <w:pPr>
        <w:spacing w:after="100"/>
      </w:pPr>
      <w:r>
        <w:t>様式第2号</w:t>
      </w:r>
    </w:p>
    <w:p w:rsidR="003B5161" w:rsidRDefault="005646A2">
      <w:pPr>
        <w:spacing w:after="160"/>
        <w:jc w:val="center"/>
      </w:pPr>
      <w:r>
        <w:rPr>
          <w:b/>
        </w:rPr>
        <w:t>会社概要書</w:t>
      </w:r>
    </w:p>
    <w:tbl>
      <w:tblPr>
        <w:tblStyle w:val="afe"/>
        <w:tblW w:w="11622" w:type="dxa"/>
        <w:jc w:val="center"/>
        <w:tblLayout w:type="fixed"/>
        <w:tblLook w:val="04A0" w:firstRow="1" w:lastRow="0" w:firstColumn="1" w:lastColumn="0" w:noHBand="0" w:noVBand="1"/>
      </w:tblPr>
      <w:tblGrid>
        <w:gridCol w:w="4819"/>
        <w:gridCol w:w="6803"/>
      </w:tblGrid>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商号又は名称</w:t>
            </w:r>
          </w:p>
        </w:tc>
        <w:tc>
          <w:tcPr>
            <w:tcW w:w="6803" w:type="dxa"/>
            <w:tcMar>
              <w:top w:w="80" w:type="dxa"/>
              <w:left w:w="100" w:type="dxa"/>
              <w:bottom w:w="80" w:type="dxa"/>
              <w:right w:w="100" w:type="dxa"/>
            </w:tcMar>
            <w:vAlign w:val="center"/>
          </w:tcPr>
          <w:p w:rsidR="003B5161" w:rsidRDefault="003B5161">
            <w:pPr>
              <w:spacing w:after="0"/>
            </w:pP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代表者役職・氏名</w:t>
            </w:r>
          </w:p>
        </w:tc>
        <w:tc>
          <w:tcPr>
            <w:tcW w:w="6803" w:type="dxa"/>
            <w:tcMar>
              <w:top w:w="80" w:type="dxa"/>
              <w:left w:w="100" w:type="dxa"/>
              <w:bottom w:w="80" w:type="dxa"/>
              <w:right w:w="100" w:type="dxa"/>
            </w:tcMar>
            <w:vAlign w:val="center"/>
          </w:tcPr>
          <w:p w:rsidR="003B5161" w:rsidRDefault="003B5161">
            <w:pPr>
              <w:spacing w:after="0"/>
            </w:pP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所在地</w:t>
            </w:r>
          </w:p>
        </w:tc>
        <w:tc>
          <w:tcPr>
            <w:tcW w:w="6803" w:type="dxa"/>
            <w:tcMar>
              <w:top w:w="80" w:type="dxa"/>
              <w:left w:w="100" w:type="dxa"/>
              <w:bottom w:w="80" w:type="dxa"/>
              <w:right w:w="100" w:type="dxa"/>
            </w:tcMar>
            <w:vAlign w:val="center"/>
          </w:tcPr>
          <w:p w:rsidR="003B5161" w:rsidRDefault="005646A2">
            <w:pPr>
              <w:spacing w:after="0"/>
            </w:pPr>
            <w:r>
              <w:t>〒</w:t>
            </w: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ホームページURL</w:t>
            </w:r>
          </w:p>
        </w:tc>
        <w:tc>
          <w:tcPr>
            <w:tcW w:w="6803" w:type="dxa"/>
            <w:tcMar>
              <w:top w:w="80" w:type="dxa"/>
              <w:left w:w="100" w:type="dxa"/>
              <w:bottom w:w="80" w:type="dxa"/>
              <w:right w:w="100" w:type="dxa"/>
            </w:tcMar>
            <w:vAlign w:val="center"/>
          </w:tcPr>
          <w:p w:rsidR="003B5161" w:rsidRDefault="003B5161">
            <w:pPr>
              <w:spacing w:after="0"/>
            </w:pP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担当部署・担当者</w:t>
            </w:r>
          </w:p>
        </w:tc>
        <w:tc>
          <w:tcPr>
            <w:tcW w:w="6803" w:type="dxa"/>
            <w:tcMar>
              <w:top w:w="80" w:type="dxa"/>
              <w:left w:w="100" w:type="dxa"/>
              <w:bottom w:w="80" w:type="dxa"/>
              <w:right w:w="100" w:type="dxa"/>
            </w:tcMar>
            <w:vAlign w:val="center"/>
          </w:tcPr>
          <w:p w:rsidR="003B5161" w:rsidRDefault="005646A2">
            <w:pPr>
              <w:spacing w:after="0"/>
            </w:pPr>
            <w:r>
              <w:t>部署：</w:t>
            </w:r>
            <w:r>
              <w:br/>
              <w:t>役職・氏名：</w:t>
            </w: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連絡先</w:t>
            </w:r>
          </w:p>
        </w:tc>
        <w:tc>
          <w:tcPr>
            <w:tcW w:w="6803" w:type="dxa"/>
            <w:tcMar>
              <w:top w:w="80" w:type="dxa"/>
              <w:left w:w="100" w:type="dxa"/>
              <w:bottom w:w="80" w:type="dxa"/>
              <w:right w:w="100" w:type="dxa"/>
            </w:tcMar>
            <w:vAlign w:val="center"/>
          </w:tcPr>
          <w:p w:rsidR="003B5161" w:rsidRDefault="005646A2">
            <w:pPr>
              <w:spacing w:after="0"/>
              <w:rPr>
                <w:lang w:eastAsia="ja-JP"/>
              </w:rPr>
            </w:pPr>
            <w:r>
              <w:rPr>
                <w:lang w:eastAsia="ja-JP"/>
              </w:rPr>
              <w:t>電話：</w:t>
            </w:r>
            <w:r>
              <w:rPr>
                <w:lang w:eastAsia="ja-JP"/>
              </w:rPr>
              <w:br/>
              <w:t>FAX：</w:t>
            </w:r>
            <w:r>
              <w:rPr>
                <w:lang w:eastAsia="ja-JP"/>
              </w:rPr>
              <w:br/>
              <w:t>電子メール：</w:t>
            </w: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proofErr w:type="spellStart"/>
            <w:r>
              <w:rPr>
                <w:b/>
              </w:rPr>
              <w:t>設立年月日</w:t>
            </w:r>
            <w:proofErr w:type="spellEnd"/>
          </w:p>
        </w:tc>
        <w:tc>
          <w:tcPr>
            <w:tcW w:w="6803" w:type="dxa"/>
            <w:tcMar>
              <w:top w:w="80" w:type="dxa"/>
              <w:left w:w="100" w:type="dxa"/>
              <w:bottom w:w="80" w:type="dxa"/>
              <w:right w:w="100" w:type="dxa"/>
            </w:tcMar>
            <w:vAlign w:val="center"/>
          </w:tcPr>
          <w:p w:rsidR="003B5161" w:rsidRDefault="005646A2">
            <w:pPr>
              <w:spacing w:after="0"/>
            </w:pPr>
            <w:r>
              <w:t xml:space="preserve">　　　年　　月　　日</w:t>
            </w: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資本金</w:t>
            </w:r>
          </w:p>
        </w:tc>
        <w:tc>
          <w:tcPr>
            <w:tcW w:w="6803" w:type="dxa"/>
            <w:tcMar>
              <w:top w:w="80" w:type="dxa"/>
              <w:left w:w="100" w:type="dxa"/>
              <w:bottom w:w="80" w:type="dxa"/>
              <w:right w:w="100" w:type="dxa"/>
            </w:tcMar>
            <w:vAlign w:val="center"/>
          </w:tcPr>
          <w:p w:rsidR="003B5161" w:rsidRDefault="005646A2">
            <w:pPr>
              <w:spacing w:after="0"/>
            </w:pPr>
            <w:r>
              <w:t xml:space="preserve">　　　　　　　　　千円</w:t>
            </w:r>
          </w:p>
        </w:tc>
      </w:tr>
      <w:tr w:rsidR="003B5161" w:rsidTr="002C3D67">
        <w:trPr>
          <w:cantSplit/>
          <w:jc w:val="center"/>
        </w:trPr>
        <w:tc>
          <w:tcPr>
            <w:tcW w:w="4819" w:type="dxa"/>
            <w:tcMar>
              <w:top w:w="80" w:type="dxa"/>
              <w:left w:w="100" w:type="dxa"/>
              <w:bottom w:w="80" w:type="dxa"/>
              <w:right w:w="100" w:type="dxa"/>
            </w:tcMar>
            <w:vAlign w:val="center"/>
          </w:tcPr>
          <w:p w:rsidR="003B5161" w:rsidRDefault="005646A2">
            <w:pPr>
              <w:spacing w:after="0"/>
              <w:jc w:val="center"/>
            </w:pPr>
            <w:r>
              <w:rPr>
                <w:b/>
              </w:rPr>
              <w:t>従業員数</w:t>
            </w:r>
          </w:p>
        </w:tc>
        <w:tc>
          <w:tcPr>
            <w:tcW w:w="6803" w:type="dxa"/>
            <w:tcMar>
              <w:top w:w="80" w:type="dxa"/>
              <w:left w:w="100" w:type="dxa"/>
              <w:bottom w:w="80" w:type="dxa"/>
              <w:right w:w="100" w:type="dxa"/>
            </w:tcMar>
            <w:vAlign w:val="center"/>
          </w:tcPr>
          <w:p w:rsidR="003B5161" w:rsidRDefault="005646A2">
            <w:pPr>
              <w:spacing w:after="0"/>
            </w:pPr>
            <w:r>
              <w:t xml:space="preserve">　　　　　　　　　人</w:t>
            </w:r>
          </w:p>
        </w:tc>
      </w:tr>
      <w:tr w:rsidR="003B5161" w:rsidTr="002C3D67">
        <w:trPr>
          <w:cantSplit/>
          <w:trHeight w:val="794"/>
          <w:jc w:val="center"/>
        </w:trPr>
        <w:tc>
          <w:tcPr>
            <w:tcW w:w="4819" w:type="dxa"/>
            <w:tcMar>
              <w:top w:w="80" w:type="dxa"/>
              <w:left w:w="100" w:type="dxa"/>
              <w:bottom w:w="80" w:type="dxa"/>
              <w:right w:w="100" w:type="dxa"/>
            </w:tcMar>
            <w:vAlign w:val="center"/>
          </w:tcPr>
          <w:p w:rsidR="003B5161" w:rsidRDefault="005646A2">
            <w:pPr>
              <w:spacing w:after="0"/>
              <w:jc w:val="center"/>
            </w:pPr>
            <w:r>
              <w:rPr>
                <w:b/>
              </w:rPr>
              <w:t>主な事業内容</w:t>
            </w:r>
          </w:p>
        </w:tc>
        <w:tc>
          <w:tcPr>
            <w:tcW w:w="6803" w:type="dxa"/>
            <w:tcMar>
              <w:top w:w="80" w:type="dxa"/>
              <w:left w:w="100" w:type="dxa"/>
              <w:bottom w:w="80" w:type="dxa"/>
              <w:right w:w="100" w:type="dxa"/>
            </w:tcMar>
            <w:vAlign w:val="center"/>
          </w:tcPr>
          <w:p w:rsidR="003B5161" w:rsidRDefault="003B5161">
            <w:pPr>
              <w:spacing w:after="0"/>
            </w:pPr>
          </w:p>
        </w:tc>
      </w:tr>
      <w:tr w:rsidR="003B5161" w:rsidTr="002C3D67">
        <w:trPr>
          <w:cantSplit/>
          <w:trHeight w:val="794"/>
          <w:jc w:val="center"/>
        </w:trPr>
        <w:tc>
          <w:tcPr>
            <w:tcW w:w="4819" w:type="dxa"/>
            <w:tcMar>
              <w:top w:w="80" w:type="dxa"/>
              <w:left w:w="100" w:type="dxa"/>
              <w:bottom w:w="80" w:type="dxa"/>
              <w:right w:w="100" w:type="dxa"/>
            </w:tcMar>
            <w:vAlign w:val="center"/>
          </w:tcPr>
          <w:p w:rsidR="003B5161" w:rsidRDefault="005646A2">
            <w:pPr>
              <w:spacing w:after="0"/>
              <w:jc w:val="center"/>
              <w:rPr>
                <w:lang w:eastAsia="ja-JP"/>
              </w:rPr>
            </w:pPr>
            <w:r>
              <w:rPr>
                <w:b/>
                <w:lang w:eastAsia="ja-JP"/>
              </w:rPr>
              <w:t>太陽光・蓄電池・PPA・O&amp;M・保安・電力事業等の事業内容</w:t>
            </w:r>
          </w:p>
        </w:tc>
        <w:tc>
          <w:tcPr>
            <w:tcW w:w="6803" w:type="dxa"/>
            <w:tcMar>
              <w:top w:w="80" w:type="dxa"/>
              <w:left w:w="100" w:type="dxa"/>
              <w:bottom w:w="80" w:type="dxa"/>
              <w:right w:w="100" w:type="dxa"/>
            </w:tcMar>
            <w:vAlign w:val="center"/>
          </w:tcPr>
          <w:p w:rsidR="003B5161" w:rsidRDefault="003B5161">
            <w:pPr>
              <w:spacing w:after="0"/>
              <w:rPr>
                <w:lang w:eastAsia="ja-JP"/>
              </w:rPr>
            </w:pPr>
          </w:p>
        </w:tc>
      </w:tr>
      <w:tr w:rsidR="003B5161" w:rsidTr="002C3D67">
        <w:trPr>
          <w:cantSplit/>
          <w:trHeight w:val="794"/>
          <w:jc w:val="center"/>
        </w:trPr>
        <w:tc>
          <w:tcPr>
            <w:tcW w:w="4819" w:type="dxa"/>
            <w:tcMar>
              <w:top w:w="80" w:type="dxa"/>
              <w:left w:w="100" w:type="dxa"/>
              <w:bottom w:w="80" w:type="dxa"/>
              <w:right w:w="100" w:type="dxa"/>
            </w:tcMar>
            <w:vAlign w:val="center"/>
          </w:tcPr>
          <w:p w:rsidR="003B5161" w:rsidRDefault="005646A2">
            <w:pPr>
              <w:spacing w:after="0"/>
              <w:jc w:val="center"/>
            </w:pPr>
            <w:proofErr w:type="spellStart"/>
            <w:r>
              <w:rPr>
                <w:b/>
              </w:rPr>
              <w:t>許可・登録・届出等</w:t>
            </w:r>
            <w:proofErr w:type="spellEnd"/>
          </w:p>
        </w:tc>
        <w:tc>
          <w:tcPr>
            <w:tcW w:w="6803" w:type="dxa"/>
            <w:tcMar>
              <w:top w:w="80" w:type="dxa"/>
              <w:left w:w="100" w:type="dxa"/>
              <w:bottom w:w="80" w:type="dxa"/>
              <w:right w:w="100" w:type="dxa"/>
            </w:tcMar>
            <w:vAlign w:val="center"/>
          </w:tcPr>
          <w:p w:rsidR="003B5161" w:rsidRDefault="003B5161">
            <w:pPr>
              <w:spacing w:after="0"/>
            </w:pPr>
          </w:p>
        </w:tc>
      </w:tr>
      <w:tr w:rsidR="003B5161" w:rsidTr="002C3D67">
        <w:trPr>
          <w:cantSplit/>
          <w:trHeight w:val="794"/>
          <w:jc w:val="center"/>
        </w:trPr>
        <w:tc>
          <w:tcPr>
            <w:tcW w:w="4819" w:type="dxa"/>
            <w:tcMar>
              <w:top w:w="80" w:type="dxa"/>
              <w:left w:w="100" w:type="dxa"/>
              <w:bottom w:w="80" w:type="dxa"/>
              <w:right w:w="100" w:type="dxa"/>
            </w:tcMar>
            <w:vAlign w:val="center"/>
          </w:tcPr>
          <w:p w:rsidR="003B5161" w:rsidRDefault="005646A2">
            <w:pPr>
              <w:spacing w:after="0"/>
              <w:jc w:val="center"/>
              <w:rPr>
                <w:lang w:eastAsia="ja-JP"/>
              </w:rPr>
            </w:pPr>
            <w:r>
              <w:rPr>
                <w:b/>
                <w:lang w:eastAsia="ja-JP"/>
              </w:rPr>
              <w:t>電気・建築関係の主要資格保有状況</w:t>
            </w:r>
          </w:p>
        </w:tc>
        <w:tc>
          <w:tcPr>
            <w:tcW w:w="6803" w:type="dxa"/>
            <w:tcMar>
              <w:top w:w="80" w:type="dxa"/>
              <w:left w:w="100" w:type="dxa"/>
              <w:bottom w:w="80" w:type="dxa"/>
              <w:right w:w="100" w:type="dxa"/>
            </w:tcMar>
            <w:vAlign w:val="center"/>
          </w:tcPr>
          <w:p w:rsidR="003B5161" w:rsidRDefault="005646A2">
            <w:pPr>
              <w:spacing w:after="0"/>
            </w:pPr>
            <w:proofErr w:type="spellStart"/>
            <w:r>
              <w:t>資格名</w:t>
            </w:r>
            <w:proofErr w:type="spellEnd"/>
            <w:r>
              <w:t xml:space="preserve">　　　　　　　　　　　　　　</w:t>
            </w:r>
            <w:proofErr w:type="spellStart"/>
            <w:r>
              <w:t>保有者数</w:t>
            </w:r>
            <w:proofErr w:type="spellEnd"/>
            <w:r>
              <w:br/>
              <w:t>1．　　　　　　　　　　　　　　　　　　名</w:t>
            </w:r>
            <w:r>
              <w:br/>
              <w:t>2．　　　　　　　　　　　　　　　　　　名</w:t>
            </w:r>
            <w:r>
              <w:br/>
              <w:t>3．　　　　　　　　　　　　　　　　　　名</w:t>
            </w:r>
            <w:r>
              <w:br/>
              <w:t>4．　　　　　　　　　　　　　　　　　　名</w:t>
            </w:r>
            <w:r>
              <w:br/>
              <w:t>5．　　　　　　　　　　　　　　　　　　名</w:t>
            </w:r>
          </w:p>
        </w:tc>
      </w:tr>
      <w:tr w:rsidR="003B5161" w:rsidTr="002C3D67">
        <w:trPr>
          <w:cantSplit/>
          <w:trHeight w:val="794"/>
          <w:jc w:val="center"/>
        </w:trPr>
        <w:tc>
          <w:tcPr>
            <w:tcW w:w="4819" w:type="dxa"/>
            <w:tcMar>
              <w:top w:w="80" w:type="dxa"/>
              <w:left w:w="100" w:type="dxa"/>
              <w:bottom w:w="80" w:type="dxa"/>
              <w:right w:w="100" w:type="dxa"/>
            </w:tcMar>
            <w:vAlign w:val="center"/>
          </w:tcPr>
          <w:p w:rsidR="003B5161" w:rsidRDefault="005646A2">
            <w:pPr>
              <w:spacing w:after="0"/>
              <w:jc w:val="center"/>
              <w:rPr>
                <w:lang w:eastAsia="ja-JP"/>
              </w:rPr>
            </w:pPr>
            <w:r>
              <w:rPr>
                <w:b/>
                <w:lang w:eastAsia="ja-JP"/>
              </w:rPr>
              <w:t>補助金申請・管理体制の概要</w:t>
            </w:r>
          </w:p>
        </w:tc>
        <w:tc>
          <w:tcPr>
            <w:tcW w:w="6803" w:type="dxa"/>
            <w:tcMar>
              <w:top w:w="80" w:type="dxa"/>
              <w:left w:w="100" w:type="dxa"/>
              <w:bottom w:w="80" w:type="dxa"/>
              <w:right w:w="100" w:type="dxa"/>
            </w:tcMar>
            <w:vAlign w:val="center"/>
          </w:tcPr>
          <w:p w:rsidR="003B5161" w:rsidRDefault="003B5161">
            <w:pPr>
              <w:spacing w:after="0"/>
              <w:rPr>
                <w:lang w:eastAsia="ja-JP"/>
              </w:rPr>
            </w:pPr>
          </w:p>
        </w:tc>
      </w:tr>
      <w:tr w:rsidR="002C3D67" w:rsidTr="002C3D67">
        <w:trPr>
          <w:trHeight w:val="634"/>
          <w:jc w:val="center"/>
        </w:trPr>
        <w:tc>
          <w:tcPr>
            <w:tcW w:w="4819" w:type="dxa"/>
            <w:vAlign w:val="center"/>
          </w:tcPr>
          <w:p w:rsidR="002C3D67" w:rsidRDefault="002C3D67" w:rsidP="002C3D67">
            <w:pPr>
              <w:spacing w:after="0"/>
              <w:jc w:val="center"/>
              <w:rPr>
                <w:lang w:eastAsia="ja-JP"/>
              </w:rPr>
            </w:pPr>
            <w:r w:rsidRPr="005646A2">
              <w:rPr>
                <w:b/>
                <w:lang w:eastAsia="ja-JP"/>
              </w:rPr>
              <w:t>資金負担・資金立替体制の概要</w:t>
            </w:r>
          </w:p>
        </w:tc>
        <w:tc>
          <w:tcPr>
            <w:tcW w:w="6803" w:type="dxa"/>
            <w:vAlign w:val="center"/>
          </w:tcPr>
          <w:p w:rsidR="002C3D67" w:rsidRDefault="002C3D67" w:rsidP="002C3D67">
            <w:pPr>
              <w:spacing w:after="0"/>
              <w:rPr>
                <w:lang w:eastAsia="ja-JP"/>
              </w:rPr>
            </w:pPr>
            <w:bookmarkStart w:id="0" w:name="_GoBack"/>
            <w:bookmarkEnd w:id="0"/>
          </w:p>
        </w:tc>
      </w:tr>
    </w:tbl>
    <w:p w:rsidR="003B5161" w:rsidRDefault="003B5161">
      <w:pPr>
        <w:spacing w:after="0"/>
        <w:rPr>
          <w:lang w:eastAsia="ja-JP"/>
        </w:rPr>
      </w:pPr>
    </w:p>
    <w:p w:rsidR="003B5161" w:rsidRDefault="005646A2">
      <w:pPr>
        <w:rPr>
          <w:lang w:eastAsia="ja-JP"/>
        </w:rPr>
      </w:pPr>
      <w:r>
        <w:rPr>
          <w:lang w:eastAsia="ja-JP"/>
        </w:rPr>
        <w:t>注1　会社案内、パンフレット等がある場合は添付してください。</w:t>
      </w:r>
    </w:p>
    <w:p w:rsidR="003B5161" w:rsidRDefault="005646A2">
      <w:pPr>
        <w:rPr>
          <w:lang w:eastAsia="ja-JP"/>
        </w:rPr>
      </w:pPr>
      <w:r>
        <w:rPr>
          <w:lang w:eastAsia="ja-JP"/>
        </w:rPr>
        <w:t>注2　建設業許可、小売電気事業者登録、特定卸供給事業に関する届出、電気保安管理業務に関する体制その他本事業の遂行に関係する許可・登録・届出等を記載し、確認できる書類の写しを添付してください。</w:t>
      </w:r>
    </w:p>
    <w:p w:rsidR="003B5161" w:rsidRDefault="005646A2">
      <w:pPr>
        <w:rPr>
          <w:lang w:eastAsia="ja-JP"/>
        </w:rPr>
      </w:pPr>
      <w:r>
        <w:rPr>
          <w:lang w:eastAsia="ja-JP"/>
        </w:rPr>
        <w:t>注3　「電気・建築関係の主要資格保有状況」欄には、1級電気工事施工管理技士、電気主任技術者、第一種電気工事士、建築士、建築施工管理技士、エネルギー管理士その他本事業に関係する資格について、資格名及び保有者数を記載してください。</w:t>
      </w:r>
    </w:p>
    <w:p w:rsidR="003B5161" w:rsidRDefault="005646A2">
      <w:pPr>
        <w:rPr>
          <w:lang w:eastAsia="ja-JP"/>
        </w:rPr>
      </w:pPr>
      <w:r>
        <w:rPr>
          <w:lang w:eastAsia="ja-JP"/>
        </w:rPr>
        <w:t>注4　1級電気工事施工管理技士の直接雇用者数は評価対象です。様式第4号の資格者一覧及び資格・雇用関係確認資料と一致させてください。</w:t>
      </w:r>
    </w:p>
    <w:sectPr w:rsidR="003B5161" w:rsidSect="00034616">
      <w:headerReference w:type="even" r:id="rId8"/>
      <w:headerReference w:type="default" r:id="rId9"/>
      <w:footerReference w:type="even" r:id="rId10"/>
      <w:footerReference w:type="default" r:id="rId11"/>
      <w:headerReference w:type="first" r:id="rId12"/>
      <w:footerReference w:type="first" r:id="rId13"/>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5CF7" w:rsidRDefault="005646A2">
      <w:pPr>
        <w:spacing w:after="0"/>
      </w:pPr>
      <w:r>
        <w:separator/>
      </w:r>
    </w:p>
  </w:endnote>
  <w:endnote w:type="continuationSeparator" w:id="0">
    <w:p w:rsidR="00915CF7" w:rsidRDefault="005646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161" w:rsidRDefault="003B516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161" w:rsidRDefault="003B516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161" w:rsidRDefault="003B516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5CF7" w:rsidRDefault="005646A2">
      <w:pPr>
        <w:spacing w:after="0"/>
      </w:pPr>
      <w:r>
        <w:separator/>
      </w:r>
    </w:p>
  </w:footnote>
  <w:footnote w:type="continuationSeparator" w:id="0">
    <w:p w:rsidR="00915CF7" w:rsidRDefault="005646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161" w:rsidRDefault="003B516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161" w:rsidRDefault="003B516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161" w:rsidRDefault="003B516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3D67"/>
    <w:rsid w:val="00326F90"/>
    <w:rsid w:val="003B5161"/>
    <w:rsid w:val="005646A2"/>
    <w:rsid w:val="00915CF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efaultImageDpi w14:val="300"/>
  <w15:docId w15:val="{49F5E7BE-36C4-47BA-901D-B416F9FF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60" w:line="240" w:lineRule="auto"/>
    </w:pPr>
    <w:rPr>
      <w:color w:val="000000"/>
    </w:rPr>
  </w:style>
  <w:style w:type="paragraph" w:styleId="1">
    <w:name w:val="heading 1"/>
    <w:basedOn w:val="a1"/>
    <w:next w:val="a1"/>
    <w:link w:val="10"/>
    <w:uiPriority w:val="9"/>
    <w:qFormat/>
    <w:rsid w:val="00FC693F"/>
    <w:pPr>
      <w:keepNext/>
      <w:keepLines/>
      <w:spacing w:before="100" w:after="80"/>
      <w:outlineLvl w:val="0"/>
    </w:pPr>
    <w:rPr>
      <w:b/>
      <w:bCs/>
    </w:rPr>
  </w:style>
  <w:style w:type="paragraph" w:styleId="21">
    <w:name w:val="heading 2"/>
    <w:basedOn w:val="a1"/>
    <w:next w:val="a1"/>
    <w:link w:val="22"/>
    <w:uiPriority w:val="9"/>
    <w:unhideWhenUsed/>
    <w:qFormat/>
    <w:rsid w:val="00FC693F"/>
    <w:pPr>
      <w:keepNext/>
      <w:keepLines/>
      <w:spacing w:before="100" w:after="80"/>
      <w:outlineLvl w:val="1"/>
    </w:pPr>
    <w:rPr>
      <w:b/>
      <w:bCs/>
    </w:rPr>
  </w:style>
  <w:style w:type="paragraph" w:styleId="31">
    <w:name w:val="heading 3"/>
    <w:basedOn w:val="a1"/>
    <w:next w:val="a1"/>
    <w:link w:val="32"/>
    <w:uiPriority w:val="9"/>
    <w:unhideWhenUsed/>
    <w:qFormat/>
    <w:rsid w:val="00FC693F"/>
    <w:pPr>
      <w:keepNext/>
      <w:keepLines/>
      <w:spacing w:before="100" w:after="8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rPr>
  </w:style>
  <w:style w:type="paragraph" w:styleId="5">
    <w:name w:val="heading 5"/>
    <w:basedOn w:val="a1"/>
    <w:next w:val="a1"/>
    <w:link w:val="50"/>
    <w:uiPriority w:val="9"/>
    <w:semiHidden/>
    <w:unhideWhenUsed/>
    <w:qFormat/>
    <w:rsid w:val="00FC693F"/>
    <w:pPr>
      <w:keepNext/>
      <w:keepLines/>
      <w:spacing w:before="200" w:after="0"/>
      <w:outlineLvl w:val="4"/>
    </w:pPr>
  </w:style>
  <w:style w:type="paragraph" w:styleId="6">
    <w:name w:val="heading 6"/>
    <w:basedOn w:val="a1"/>
    <w:next w:val="a1"/>
    <w:link w:val="60"/>
    <w:uiPriority w:val="9"/>
    <w:semiHidden/>
    <w:unhideWhenUsed/>
    <w:qFormat/>
    <w:rsid w:val="00FC693F"/>
    <w:pPr>
      <w:keepNext/>
      <w:keepLines/>
      <w:spacing w:before="200" w:after="0"/>
      <w:outlineLvl w:val="5"/>
    </w:pPr>
    <w:rPr>
      <w:i/>
      <w:iCs/>
    </w:rPr>
  </w:style>
  <w:style w:type="paragraph" w:styleId="7">
    <w:name w:val="heading 7"/>
    <w:basedOn w:val="a1"/>
    <w:next w:val="a1"/>
    <w:link w:val="70"/>
    <w:uiPriority w:val="9"/>
    <w:semiHidden/>
    <w:unhideWhenUsed/>
    <w:qFormat/>
    <w:rsid w:val="00FC693F"/>
    <w:pPr>
      <w:keepNext/>
      <w:keepLines/>
      <w:spacing w:before="200" w:after="0"/>
      <w:outlineLvl w:val="6"/>
    </w:pPr>
    <w:rPr>
      <w:i/>
      <w:iCs/>
    </w:rPr>
  </w:style>
  <w:style w:type="paragraph" w:styleId="8">
    <w:name w:val="heading 8"/>
    <w:basedOn w:val="a1"/>
    <w:next w:val="a1"/>
    <w:link w:val="80"/>
    <w:uiPriority w:val="9"/>
    <w:semiHidden/>
    <w:unhideWhenUsed/>
    <w:qFormat/>
    <w:rsid w:val="00FC693F"/>
    <w:pPr>
      <w:keepNext/>
      <w:keepLines/>
      <w:spacing w:before="200" w:after="0"/>
      <w:outlineLvl w:val="7"/>
    </w:pPr>
  </w:style>
  <w:style w:type="paragraph" w:styleId="9">
    <w:name w:val="heading 9"/>
    <w:basedOn w:val="a1"/>
    <w:next w:val="a1"/>
    <w:link w:val="90"/>
    <w:uiPriority w:val="9"/>
    <w:semiHidden/>
    <w:unhideWhenUsed/>
    <w:qFormat/>
    <w:rsid w:val="00FC693F"/>
    <w:pPr>
      <w:keepNext/>
      <w:keepLines/>
      <w:spacing w:before="200" w:after="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color w:val="000000"/>
    </w:rPr>
  </w:style>
  <w:style w:type="character" w:customStyle="1" w:styleId="10">
    <w:name w:val="見出し 1 (文字)"/>
    <w:basedOn w:val="a2"/>
    <w:link w:val="1"/>
    <w:uiPriority w:val="9"/>
    <w:rsid w:val="00FC693F"/>
    <w:rPr>
      <w:rFonts w:ascii="ＭＳ 明朝" w:eastAsia="ＭＳ 明朝" w:hAnsi="ＭＳ 明朝" w:cs="ＭＳ 明朝"/>
      <w:b/>
      <w:bCs/>
      <w:color w:val="000000"/>
      <w:sz w:val="21"/>
      <w:szCs w:val="21"/>
    </w:rPr>
  </w:style>
  <w:style w:type="character" w:customStyle="1" w:styleId="22">
    <w:name w:val="見出し 2 (文字)"/>
    <w:basedOn w:val="a2"/>
    <w:link w:val="21"/>
    <w:uiPriority w:val="9"/>
    <w:rsid w:val="00FC693F"/>
    <w:rPr>
      <w:rFonts w:ascii="ＭＳ 明朝" w:eastAsia="ＭＳ 明朝" w:hAnsi="ＭＳ 明朝" w:cs="ＭＳ 明朝"/>
      <w:b/>
      <w:bCs/>
      <w:color w:val="000000"/>
      <w:sz w:val="21"/>
      <w:szCs w:val="21"/>
    </w:rPr>
  </w:style>
  <w:style w:type="character" w:customStyle="1" w:styleId="32">
    <w:name w:val="見出し 3 (文字)"/>
    <w:basedOn w:val="a2"/>
    <w:link w:val="31"/>
    <w:uiPriority w:val="9"/>
    <w:rsid w:val="00FC693F"/>
    <w:rPr>
      <w:rFonts w:ascii="ＭＳ 明朝" w:eastAsia="ＭＳ 明朝" w:hAnsi="ＭＳ 明朝" w:cs="ＭＳ 明朝"/>
      <w:b/>
      <w:bCs/>
      <w:color w:val="000000"/>
      <w:sz w:val="21"/>
    </w:rPr>
  </w:style>
  <w:style w:type="paragraph" w:styleId="aa">
    <w:name w:val="Title"/>
    <w:basedOn w:val="a1"/>
    <w:next w:val="a1"/>
    <w:link w:val="ab"/>
    <w:uiPriority w:val="10"/>
    <w:qFormat/>
    <w:rsid w:val="00FC693F"/>
    <w:pPr>
      <w:pBdr>
        <w:bottom w:val="single" w:sz="8" w:space="4" w:color="4F81BD" w:themeColor="accent1"/>
      </w:pBdr>
      <w:spacing w:before="100" w:after="80"/>
      <w:contextualSpacing/>
    </w:pPr>
    <w:rPr>
      <w:b/>
      <w:spacing w:val="5"/>
      <w:kern w:val="28"/>
    </w:rPr>
  </w:style>
  <w:style w:type="character" w:customStyle="1" w:styleId="ab">
    <w:name w:val="表題 (文字)"/>
    <w:basedOn w:val="a2"/>
    <w:link w:val="aa"/>
    <w:uiPriority w:val="10"/>
    <w:rsid w:val="00FC693F"/>
    <w:rPr>
      <w:rFonts w:ascii="ＭＳ 明朝" w:eastAsia="ＭＳ 明朝" w:hAnsi="ＭＳ 明朝" w:cs="ＭＳ 明朝"/>
      <w:color w:val="000000"/>
      <w:spacing w:val="5"/>
      <w:kern w:val="28"/>
      <w:sz w:val="21"/>
      <w:szCs w:val="21"/>
    </w:rPr>
  </w:style>
  <w:style w:type="paragraph" w:styleId="ac">
    <w:name w:val="Subtitle"/>
    <w:basedOn w:val="a1"/>
    <w:next w:val="a1"/>
    <w:link w:val="ad"/>
    <w:uiPriority w:val="11"/>
    <w:qFormat/>
    <w:rsid w:val="00FC693F"/>
    <w:pPr>
      <w:numPr>
        <w:ilvl w:val="1"/>
      </w:numPr>
    </w:pPr>
    <w:rPr>
      <w:i/>
      <w:iCs/>
      <w:spacing w:val="15"/>
    </w:rPr>
  </w:style>
  <w:style w:type="character" w:customStyle="1" w:styleId="ad">
    <w:name w:val="副題 (文字)"/>
    <w:basedOn w:val="a2"/>
    <w:link w:val="ac"/>
    <w:uiPriority w:val="11"/>
    <w:rsid w:val="00FC693F"/>
    <w:rPr>
      <w:rFonts w:ascii="ＭＳ 明朝" w:eastAsia="ＭＳ 明朝" w:hAnsi="ＭＳ 明朝" w:cs="ＭＳ 明朝"/>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ＭＳ 明朝" w:eastAsia="ＭＳ 明朝" w:hAnsi="ＭＳ 明朝" w:cs="ＭＳ 明朝"/>
      <w:b/>
      <w:bCs/>
      <w:i/>
      <w:iCs/>
      <w:color w:val="000000"/>
      <w:sz w:val="21"/>
    </w:rPr>
  </w:style>
  <w:style w:type="character" w:customStyle="1" w:styleId="50">
    <w:name w:val="見出し 5 (文字)"/>
    <w:basedOn w:val="a2"/>
    <w:link w:val="5"/>
    <w:uiPriority w:val="9"/>
    <w:semiHidden/>
    <w:rsid w:val="00FC693F"/>
    <w:rPr>
      <w:rFonts w:ascii="ＭＳ 明朝" w:eastAsia="ＭＳ 明朝" w:hAnsi="ＭＳ 明朝" w:cs="ＭＳ 明朝"/>
      <w:color w:val="000000"/>
      <w:sz w:val="21"/>
    </w:rPr>
  </w:style>
  <w:style w:type="character" w:customStyle="1" w:styleId="60">
    <w:name w:val="見出し 6 (文字)"/>
    <w:basedOn w:val="a2"/>
    <w:link w:val="6"/>
    <w:uiPriority w:val="9"/>
    <w:semiHidden/>
    <w:rsid w:val="00FC693F"/>
    <w:rPr>
      <w:rFonts w:ascii="ＭＳ 明朝" w:eastAsia="ＭＳ 明朝" w:hAnsi="ＭＳ 明朝" w:cs="ＭＳ 明朝"/>
      <w:i/>
      <w:iCs/>
      <w:color w:val="000000"/>
      <w:sz w:val="21"/>
    </w:rPr>
  </w:style>
  <w:style w:type="character" w:customStyle="1" w:styleId="70">
    <w:name w:val="見出し 7 (文字)"/>
    <w:basedOn w:val="a2"/>
    <w:link w:val="7"/>
    <w:uiPriority w:val="9"/>
    <w:semiHidden/>
    <w:rsid w:val="00FC693F"/>
    <w:rPr>
      <w:rFonts w:ascii="ＭＳ 明朝" w:eastAsia="ＭＳ 明朝" w:hAnsi="ＭＳ 明朝" w:cs="ＭＳ 明朝"/>
      <w:i/>
      <w:iCs/>
      <w:color w:val="000000"/>
      <w:sz w:val="21"/>
    </w:rPr>
  </w:style>
  <w:style w:type="character" w:customStyle="1" w:styleId="80">
    <w:name w:val="見出し 8 (文字)"/>
    <w:basedOn w:val="a2"/>
    <w:link w:val="8"/>
    <w:uiPriority w:val="9"/>
    <w:semiHidden/>
    <w:rsid w:val="00FC693F"/>
    <w:rPr>
      <w:rFonts w:ascii="ＭＳ 明朝" w:eastAsia="ＭＳ 明朝" w:hAnsi="ＭＳ 明朝" w:cs="ＭＳ 明朝"/>
      <w:color w:val="000000"/>
      <w:sz w:val="21"/>
      <w:szCs w:val="21"/>
    </w:rPr>
  </w:style>
  <w:style w:type="character" w:customStyle="1" w:styleId="90">
    <w:name w:val="見出し 9 (文字)"/>
    <w:basedOn w:val="a2"/>
    <w:link w:val="9"/>
    <w:uiPriority w:val="9"/>
    <w:semiHidden/>
    <w:rsid w:val="00FC693F"/>
    <w:rPr>
      <w:rFonts w:ascii="ＭＳ 明朝" w:eastAsia="ＭＳ 明朝" w:hAnsi="ＭＳ 明朝" w:cs="ＭＳ 明朝"/>
      <w:i/>
      <w:iCs/>
      <w:color w:val="000000"/>
      <w:sz w:val="21"/>
      <w:szCs w:val="21"/>
    </w:rPr>
  </w:style>
  <w:style w:type="paragraph" w:styleId="af7">
    <w:name w:val="caption"/>
    <w:basedOn w:val="a1"/>
    <w:next w:val="a1"/>
    <w:uiPriority w:val="35"/>
    <w:semiHidden/>
    <w:unhideWhenUsed/>
    <w:qFormat/>
    <w:rsid w:val="00FC693F"/>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ＭＳ 明朝" w:eastAsia="ＭＳ 明朝" w:hAnsi="ＭＳ 明朝" w:cs="ＭＳ 明朝"/>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ＭＳ 明朝" w:eastAsia="ＭＳ 明朝" w:hAnsi="ＭＳ 明朝" w:cs="ＭＳ 明朝"/>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ＭＳ 明朝" w:eastAsia="ＭＳ 明朝" w:hAnsi="ＭＳ 明朝" w:cs="ＭＳ 明朝"/>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ＭＳ 明朝" w:eastAsia="ＭＳ 明朝" w:hAnsi="ＭＳ 明朝" w:cs="ＭＳ 明朝"/>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ＭＳ 明朝" w:eastAsia="ＭＳ 明朝" w:hAnsi="ＭＳ 明朝" w:cs="ＭＳ 明朝"/>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ＭＳ 明朝" w:eastAsia="ＭＳ 明朝" w:hAnsi="ＭＳ 明朝" w:cs="ＭＳ 明朝"/>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ＭＳ 明朝" w:eastAsia="ＭＳ 明朝" w:hAnsi="ＭＳ 明朝" w:cs="ＭＳ 明朝"/>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ＭＳ 明朝" w:eastAsia="ＭＳ 明朝" w:hAnsi="ＭＳ 明朝" w:cs="ＭＳ 明朝"/>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ＭＳ 明朝" w:eastAsia="ＭＳ 明朝" w:hAnsi="ＭＳ 明朝" w:cs="ＭＳ 明朝"/>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ＭＳ 明朝" w:eastAsia="ＭＳ 明朝" w:hAnsi="ＭＳ 明朝" w:cs="ＭＳ 明朝"/>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ＭＳ 明朝" w:eastAsia="ＭＳ 明朝" w:hAnsi="ＭＳ 明朝" w:cs="ＭＳ 明朝"/>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ＭＳ 明朝" w:eastAsia="ＭＳ 明朝" w:hAnsi="ＭＳ 明朝" w:cs="ＭＳ 明朝"/>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ＭＳ 明朝" w:eastAsia="ＭＳ 明朝" w:hAnsi="ＭＳ 明朝" w:cs="ＭＳ 明朝"/>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ＭＳ 明朝" w:eastAsia="ＭＳ 明朝" w:hAnsi="ＭＳ 明朝" w:cs="ＭＳ 明朝"/>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ＭＳ 明朝" w:eastAsia="ＭＳ 明朝" w:hAnsi="ＭＳ 明朝" w:cs="ＭＳ 明朝"/>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ＭＳ 明朝" w:eastAsia="ＭＳ 明朝" w:hAnsi="ＭＳ 明朝" w:cs="ＭＳ 明朝"/>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ＭＳ 明朝" w:eastAsia="ＭＳ 明朝" w:hAnsi="ＭＳ 明朝" w:cs="ＭＳ 明朝"/>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ＭＳ 明朝" w:eastAsia="ＭＳ 明朝" w:hAnsi="ＭＳ 明朝" w:cs="ＭＳ 明朝"/>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121">
    <w:name w:val="Colorful Shading Accent 1"/>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122">
    <w:name w:val="Colorful Shading Accent 2"/>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123">
    <w:name w:val="Colorful Shading Accent 3"/>
    <w:basedOn w:val="a3"/>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125">
    <w:name w:val="Colorful Shading Accent 5"/>
    <w:basedOn w:val="a3"/>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126">
    <w:name w:val="Colorful Shading Accent 6"/>
    <w:basedOn w:val="a3"/>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130">
    <w:name w:val="Colorful List"/>
    <w:basedOn w:val="a3"/>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89CB6-68D9-484A-8C63-F93FE60E5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102</Words>
  <Characters>587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 会社概要書</dc:title>
  <dc:subject/>
  <dc:creator>上牧町</dc:creator>
  <cp:keywords/>
  <dc:description>generated by python-docx</dc:description>
  <cp:lastModifiedBy>中村 謙太郎</cp:lastModifiedBy>
  <cp:revision>3</cp:revision>
  <dcterms:created xsi:type="dcterms:W3CDTF">2013-12-23T23:15:00Z</dcterms:created>
  <dcterms:modified xsi:type="dcterms:W3CDTF">2026-09-11T04:33:00Z</dcterms:modified>
  <cp:category/>
</cp:coreProperties>
</file>