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608D" w:rsidRDefault="00BD56B8">
      <w:pPr>
        <w:spacing w:after="100"/>
      </w:pPr>
      <w:bookmarkStart w:id="0" w:name="_GoBack"/>
      <w:bookmarkEnd w:id="0"/>
      <w:r>
        <w:t>様式第4号（1/3）</w:t>
      </w:r>
    </w:p>
    <w:p w:rsidR="00B2608D" w:rsidRDefault="00BD56B8">
      <w:pPr>
        <w:spacing w:after="160"/>
        <w:jc w:val="center"/>
      </w:pPr>
      <w:r>
        <w:rPr>
          <w:b/>
        </w:rPr>
        <w:t>業務実施体制書</w:t>
      </w:r>
    </w:p>
    <w:p w:rsidR="00B2608D" w:rsidRDefault="00BD56B8">
      <w:pPr>
        <w:rPr>
          <w:lang w:eastAsia="ja-JP"/>
        </w:rPr>
      </w:pPr>
      <w:r>
        <w:rPr>
          <w:lang w:eastAsia="ja-JP"/>
        </w:rPr>
        <w:t>1．業務実施体制及び役割分担</w:t>
      </w:r>
    </w:p>
    <w:tbl>
      <w:tblPr>
        <w:tblStyle w:val="afe"/>
        <w:tblW w:w="0" w:type="auto"/>
        <w:jc w:val="center"/>
        <w:tblLayout w:type="fixed"/>
        <w:tblLook w:val="04A0" w:firstRow="1" w:lastRow="0" w:firstColumn="1" w:lastColumn="0" w:noHBand="0" w:noVBand="1"/>
      </w:tblPr>
      <w:tblGrid>
        <w:gridCol w:w="2410"/>
        <w:gridCol w:w="1418"/>
        <w:gridCol w:w="1701"/>
        <w:gridCol w:w="1559"/>
        <w:gridCol w:w="2550"/>
      </w:tblGrid>
      <w:tr w:rsidR="00B2608D" w:rsidTr="00A7132C">
        <w:trPr>
          <w:cantSplit/>
          <w:tblHeader/>
          <w:jc w:val="center"/>
        </w:trPr>
        <w:tc>
          <w:tcPr>
            <w:tcW w:w="2410" w:type="dxa"/>
            <w:tcMar>
              <w:top w:w="80" w:type="dxa"/>
              <w:left w:w="100" w:type="dxa"/>
              <w:bottom w:w="80" w:type="dxa"/>
              <w:right w:w="100" w:type="dxa"/>
            </w:tcMar>
            <w:vAlign w:val="center"/>
          </w:tcPr>
          <w:p w:rsidR="00B2608D" w:rsidRDefault="00BD56B8">
            <w:pPr>
              <w:spacing w:after="0"/>
            </w:pPr>
            <w:proofErr w:type="spellStart"/>
            <w:r>
              <w:rPr>
                <w:b/>
              </w:rPr>
              <w:t>区分・役割</w:t>
            </w:r>
            <w:proofErr w:type="spellEnd"/>
          </w:p>
        </w:tc>
        <w:tc>
          <w:tcPr>
            <w:tcW w:w="1418" w:type="dxa"/>
            <w:tcMar>
              <w:top w:w="80" w:type="dxa"/>
              <w:left w:w="100" w:type="dxa"/>
              <w:bottom w:w="80" w:type="dxa"/>
              <w:right w:w="100" w:type="dxa"/>
            </w:tcMar>
            <w:vAlign w:val="center"/>
          </w:tcPr>
          <w:p w:rsidR="00B2608D" w:rsidRDefault="00BD56B8">
            <w:pPr>
              <w:spacing w:after="0"/>
              <w:jc w:val="center"/>
            </w:pPr>
            <w:proofErr w:type="spellStart"/>
            <w:r>
              <w:rPr>
                <w:b/>
              </w:rPr>
              <w:t>氏名</w:t>
            </w:r>
            <w:proofErr w:type="spellEnd"/>
          </w:p>
        </w:tc>
        <w:tc>
          <w:tcPr>
            <w:tcW w:w="1701" w:type="dxa"/>
            <w:tcMar>
              <w:top w:w="80" w:type="dxa"/>
              <w:left w:w="100" w:type="dxa"/>
              <w:bottom w:w="80" w:type="dxa"/>
              <w:right w:w="100" w:type="dxa"/>
            </w:tcMar>
            <w:vAlign w:val="center"/>
          </w:tcPr>
          <w:p w:rsidR="00B2608D" w:rsidRDefault="00BD56B8" w:rsidP="00BD56B8">
            <w:pPr>
              <w:spacing w:after="0"/>
              <w:jc w:val="center"/>
            </w:pPr>
            <w:proofErr w:type="spellStart"/>
            <w:r>
              <w:rPr>
                <w:b/>
              </w:rPr>
              <w:t>所属・役職</w:t>
            </w:r>
            <w:proofErr w:type="spellEnd"/>
          </w:p>
        </w:tc>
        <w:tc>
          <w:tcPr>
            <w:tcW w:w="1559" w:type="dxa"/>
            <w:tcMar>
              <w:top w:w="80" w:type="dxa"/>
              <w:left w:w="100" w:type="dxa"/>
              <w:bottom w:w="80" w:type="dxa"/>
              <w:right w:w="100" w:type="dxa"/>
            </w:tcMar>
            <w:vAlign w:val="center"/>
          </w:tcPr>
          <w:p w:rsidR="00B2608D" w:rsidRDefault="00BD56B8" w:rsidP="00BD56B8">
            <w:pPr>
              <w:spacing w:after="0"/>
              <w:jc w:val="center"/>
            </w:pPr>
            <w:proofErr w:type="spellStart"/>
            <w:r>
              <w:rPr>
                <w:b/>
              </w:rPr>
              <w:t>主な資格</w:t>
            </w:r>
            <w:proofErr w:type="spellEnd"/>
          </w:p>
        </w:tc>
        <w:tc>
          <w:tcPr>
            <w:tcW w:w="2550" w:type="dxa"/>
            <w:tcMar>
              <w:top w:w="80" w:type="dxa"/>
              <w:left w:w="100" w:type="dxa"/>
              <w:bottom w:w="80" w:type="dxa"/>
              <w:right w:w="100" w:type="dxa"/>
            </w:tcMar>
            <w:vAlign w:val="center"/>
          </w:tcPr>
          <w:p w:rsidR="00B2608D" w:rsidRDefault="00BD56B8" w:rsidP="00A7132C">
            <w:pPr>
              <w:spacing w:after="0"/>
              <w:jc w:val="center"/>
              <w:rPr>
                <w:lang w:eastAsia="ja-JP"/>
              </w:rPr>
            </w:pPr>
            <w:r>
              <w:rPr>
                <w:b/>
                <w:lang w:eastAsia="ja-JP"/>
              </w:rPr>
              <w:t>本事業における担当内容</w:t>
            </w:r>
          </w:p>
        </w:tc>
      </w:tr>
      <w:tr w:rsidR="00B2608D" w:rsidTr="00A7132C">
        <w:trPr>
          <w:cantSplit/>
          <w:jc w:val="center"/>
        </w:trPr>
        <w:tc>
          <w:tcPr>
            <w:tcW w:w="2410" w:type="dxa"/>
            <w:tcMar>
              <w:top w:w="80" w:type="dxa"/>
              <w:left w:w="100" w:type="dxa"/>
              <w:bottom w:w="80" w:type="dxa"/>
              <w:right w:w="100" w:type="dxa"/>
            </w:tcMar>
            <w:vAlign w:val="center"/>
          </w:tcPr>
          <w:p w:rsidR="00B2608D" w:rsidRDefault="00BD56B8">
            <w:pPr>
              <w:spacing w:after="0"/>
            </w:pPr>
            <w:proofErr w:type="spellStart"/>
            <w:r>
              <w:rPr>
                <w:b/>
              </w:rPr>
              <w:t>事業責任者</w:t>
            </w:r>
            <w:proofErr w:type="spellEnd"/>
          </w:p>
        </w:tc>
        <w:tc>
          <w:tcPr>
            <w:tcW w:w="1418" w:type="dxa"/>
            <w:tcMar>
              <w:top w:w="80" w:type="dxa"/>
              <w:left w:w="100" w:type="dxa"/>
              <w:bottom w:w="80" w:type="dxa"/>
              <w:right w:w="100" w:type="dxa"/>
            </w:tcMar>
            <w:vAlign w:val="center"/>
          </w:tcPr>
          <w:p w:rsidR="00B2608D" w:rsidRDefault="00B2608D">
            <w:pPr>
              <w:spacing w:after="0"/>
              <w:jc w:val="center"/>
            </w:pPr>
          </w:p>
        </w:tc>
        <w:tc>
          <w:tcPr>
            <w:tcW w:w="1701" w:type="dxa"/>
            <w:tcMar>
              <w:top w:w="80" w:type="dxa"/>
              <w:left w:w="100" w:type="dxa"/>
              <w:bottom w:w="80" w:type="dxa"/>
              <w:right w:w="100" w:type="dxa"/>
            </w:tcMar>
            <w:vAlign w:val="center"/>
          </w:tcPr>
          <w:p w:rsidR="00B2608D" w:rsidRDefault="00B2608D">
            <w:pPr>
              <w:spacing w:after="0"/>
            </w:pPr>
          </w:p>
        </w:tc>
        <w:tc>
          <w:tcPr>
            <w:tcW w:w="1559" w:type="dxa"/>
            <w:tcMar>
              <w:top w:w="80" w:type="dxa"/>
              <w:left w:w="100" w:type="dxa"/>
              <w:bottom w:w="80" w:type="dxa"/>
              <w:right w:w="100" w:type="dxa"/>
            </w:tcMar>
            <w:vAlign w:val="center"/>
          </w:tcPr>
          <w:p w:rsidR="00B2608D" w:rsidRDefault="00B2608D">
            <w:pPr>
              <w:spacing w:after="0"/>
            </w:pPr>
          </w:p>
        </w:tc>
        <w:tc>
          <w:tcPr>
            <w:tcW w:w="2550" w:type="dxa"/>
            <w:tcMar>
              <w:top w:w="80" w:type="dxa"/>
              <w:left w:w="100" w:type="dxa"/>
              <w:bottom w:w="80" w:type="dxa"/>
              <w:right w:w="100" w:type="dxa"/>
            </w:tcMar>
            <w:vAlign w:val="center"/>
          </w:tcPr>
          <w:p w:rsidR="00B2608D" w:rsidRDefault="00B2608D">
            <w:pPr>
              <w:spacing w:after="0"/>
            </w:pPr>
          </w:p>
        </w:tc>
      </w:tr>
      <w:tr w:rsidR="00B2608D" w:rsidTr="00A7132C">
        <w:trPr>
          <w:cantSplit/>
          <w:jc w:val="center"/>
        </w:trPr>
        <w:tc>
          <w:tcPr>
            <w:tcW w:w="2410" w:type="dxa"/>
            <w:tcMar>
              <w:top w:w="80" w:type="dxa"/>
              <w:left w:w="100" w:type="dxa"/>
              <w:bottom w:w="80" w:type="dxa"/>
              <w:right w:w="100" w:type="dxa"/>
            </w:tcMar>
            <w:vAlign w:val="center"/>
          </w:tcPr>
          <w:p w:rsidR="00B2608D" w:rsidRDefault="00BD56B8">
            <w:pPr>
              <w:spacing w:after="0"/>
            </w:pPr>
            <w:proofErr w:type="spellStart"/>
            <w:r>
              <w:rPr>
                <w:b/>
              </w:rPr>
              <w:t>現地調査統括責任者</w:t>
            </w:r>
            <w:proofErr w:type="spellEnd"/>
          </w:p>
        </w:tc>
        <w:tc>
          <w:tcPr>
            <w:tcW w:w="1418" w:type="dxa"/>
            <w:tcMar>
              <w:top w:w="80" w:type="dxa"/>
              <w:left w:w="100" w:type="dxa"/>
              <w:bottom w:w="80" w:type="dxa"/>
              <w:right w:w="100" w:type="dxa"/>
            </w:tcMar>
            <w:vAlign w:val="center"/>
          </w:tcPr>
          <w:p w:rsidR="00B2608D" w:rsidRDefault="00B2608D">
            <w:pPr>
              <w:spacing w:after="0"/>
              <w:jc w:val="center"/>
            </w:pPr>
          </w:p>
        </w:tc>
        <w:tc>
          <w:tcPr>
            <w:tcW w:w="1701" w:type="dxa"/>
            <w:tcMar>
              <w:top w:w="80" w:type="dxa"/>
              <w:left w:w="100" w:type="dxa"/>
              <w:bottom w:w="80" w:type="dxa"/>
              <w:right w:w="100" w:type="dxa"/>
            </w:tcMar>
            <w:vAlign w:val="center"/>
          </w:tcPr>
          <w:p w:rsidR="00B2608D" w:rsidRDefault="00B2608D">
            <w:pPr>
              <w:spacing w:after="0"/>
            </w:pPr>
          </w:p>
        </w:tc>
        <w:tc>
          <w:tcPr>
            <w:tcW w:w="1559" w:type="dxa"/>
            <w:tcMar>
              <w:top w:w="80" w:type="dxa"/>
              <w:left w:w="100" w:type="dxa"/>
              <w:bottom w:w="80" w:type="dxa"/>
              <w:right w:w="100" w:type="dxa"/>
            </w:tcMar>
            <w:vAlign w:val="center"/>
          </w:tcPr>
          <w:p w:rsidR="00B2608D" w:rsidRDefault="00B2608D">
            <w:pPr>
              <w:spacing w:after="0"/>
            </w:pPr>
          </w:p>
        </w:tc>
        <w:tc>
          <w:tcPr>
            <w:tcW w:w="2550" w:type="dxa"/>
            <w:tcMar>
              <w:top w:w="80" w:type="dxa"/>
              <w:left w:w="100" w:type="dxa"/>
              <w:bottom w:w="80" w:type="dxa"/>
              <w:right w:w="100" w:type="dxa"/>
            </w:tcMar>
            <w:vAlign w:val="center"/>
          </w:tcPr>
          <w:p w:rsidR="00B2608D" w:rsidRDefault="00B2608D">
            <w:pPr>
              <w:spacing w:after="0"/>
            </w:pPr>
          </w:p>
        </w:tc>
      </w:tr>
      <w:tr w:rsidR="00B2608D" w:rsidTr="00A7132C">
        <w:trPr>
          <w:cantSplit/>
          <w:jc w:val="center"/>
        </w:trPr>
        <w:tc>
          <w:tcPr>
            <w:tcW w:w="2410" w:type="dxa"/>
            <w:tcMar>
              <w:top w:w="80" w:type="dxa"/>
              <w:left w:w="100" w:type="dxa"/>
              <w:bottom w:w="80" w:type="dxa"/>
              <w:right w:w="100" w:type="dxa"/>
            </w:tcMar>
            <w:vAlign w:val="center"/>
          </w:tcPr>
          <w:p w:rsidR="00B2608D" w:rsidRDefault="00BD56B8">
            <w:pPr>
              <w:spacing w:after="0"/>
              <w:rPr>
                <w:lang w:eastAsia="ja-JP"/>
              </w:rPr>
            </w:pPr>
            <w:r>
              <w:rPr>
                <w:b/>
                <w:lang w:eastAsia="ja-JP"/>
              </w:rPr>
              <w:t>電気設備・太陽光発電設備技術検討担当者</w:t>
            </w:r>
          </w:p>
        </w:tc>
        <w:tc>
          <w:tcPr>
            <w:tcW w:w="1418" w:type="dxa"/>
            <w:tcMar>
              <w:top w:w="80" w:type="dxa"/>
              <w:left w:w="100" w:type="dxa"/>
              <w:bottom w:w="80" w:type="dxa"/>
              <w:right w:w="100" w:type="dxa"/>
            </w:tcMar>
            <w:vAlign w:val="center"/>
          </w:tcPr>
          <w:p w:rsidR="00B2608D" w:rsidRDefault="00B2608D">
            <w:pPr>
              <w:spacing w:after="0"/>
              <w:jc w:val="center"/>
              <w:rPr>
                <w:lang w:eastAsia="ja-JP"/>
              </w:rPr>
            </w:pPr>
          </w:p>
        </w:tc>
        <w:tc>
          <w:tcPr>
            <w:tcW w:w="1701" w:type="dxa"/>
            <w:tcMar>
              <w:top w:w="80" w:type="dxa"/>
              <w:left w:w="100" w:type="dxa"/>
              <w:bottom w:w="80" w:type="dxa"/>
              <w:right w:w="100" w:type="dxa"/>
            </w:tcMar>
            <w:vAlign w:val="center"/>
          </w:tcPr>
          <w:p w:rsidR="00B2608D" w:rsidRDefault="00B2608D">
            <w:pPr>
              <w:spacing w:after="0"/>
              <w:rPr>
                <w:lang w:eastAsia="ja-JP"/>
              </w:rPr>
            </w:pPr>
          </w:p>
        </w:tc>
        <w:tc>
          <w:tcPr>
            <w:tcW w:w="1559" w:type="dxa"/>
            <w:tcMar>
              <w:top w:w="80" w:type="dxa"/>
              <w:left w:w="100" w:type="dxa"/>
              <w:bottom w:w="80" w:type="dxa"/>
              <w:right w:w="100" w:type="dxa"/>
            </w:tcMar>
            <w:vAlign w:val="center"/>
          </w:tcPr>
          <w:p w:rsidR="00B2608D" w:rsidRDefault="00B2608D">
            <w:pPr>
              <w:spacing w:after="0"/>
              <w:rPr>
                <w:lang w:eastAsia="ja-JP"/>
              </w:rPr>
            </w:pPr>
          </w:p>
        </w:tc>
        <w:tc>
          <w:tcPr>
            <w:tcW w:w="2550" w:type="dxa"/>
            <w:tcMar>
              <w:top w:w="80" w:type="dxa"/>
              <w:left w:w="100" w:type="dxa"/>
              <w:bottom w:w="80" w:type="dxa"/>
              <w:right w:w="100" w:type="dxa"/>
            </w:tcMar>
            <w:vAlign w:val="center"/>
          </w:tcPr>
          <w:p w:rsidR="00B2608D" w:rsidRDefault="00B2608D">
            <w:pPr>
              <w:spacing w:after="0"/>
              <w:rPr>
                <w:lang w:eastAsia="ja-JP"/>
              </w:rPr>
            </w:pPr>
          </w:p>
        </w:tc>
      </w:tr>
      <w:tr w:rsidR="00B2608D" w:rsidTr="00A7132C">
        <w:trPr>
          <w:cantSplit/>
          <w:jc w:val="center"/>
        </w:trPr>
        <w:tc>
          <w:tcPr>
            <w:tcW w:w="2410" w:type="dxa"/>
            <w:tcMar>
              <w:top w:w="80" w:type="dxa"/>
              <w:left w:w="100" w:type="dxa"/>
              <w:bottom w:w="80" w:type="dxa"/>
              <w:right w:w="100" w:type="dxa"/>
            </w:tcMar>
            <w:vAlign w:val="center"/>
          </w:tcPr>
          <w:p w:rsidR="00B2608D" w:rsidRDefault="00BD56B8">
            <w:pPr>
              <w:spacing w:after="0"/>
              <w:rPr>
                <w:lang w:eastAsia="ja-JP"/>
              </w:rPr>
            </w:pPr>
            <w:r>
              <w:rPr>
                <w:b/>
                <w:lang w:eastAsia="ja-JP"/>
              </w:rPr>
              <w:t>補助金申請・経費管理担当者</w:t>
            </w:r>
          </w:p>
        </w:tc>
        <w:tc>
          <w:tcPr>
            <w:tcW w:w="1418" w:type="dxa"/>
            <w:tcMar>
              <w:top w:w="80" w:type="dxa"/>
              <w:left w:w="100" w:type="dxa"/>
              <w:bottom w:w="80" w:type="dxa"/>
              <w:right w:w="100" w:type="dxa"/>
            </w:tcMar>
            <w:vAlign w:val="center"/>
          </w:tcPr>
          <w:p w:rsidR="00B2608D" w:rsidRDefault="00B2608D">
            <w:pPr>
              <w:spacing w:after="0"/>
              <w:jc w:val="center"/>
              <w:rPr>
                <w:lang w:eastAsia="ja-JP"/>
              </w:rPr>
            </w:pPr>
          </w:p>
        </w:tc>
        <w:tc>
          <w:tcPr>
            <w:tcW w:w="1701" w:type="dxa"/>
            <w:tcMar>
              <w:top w:w="80" w:type="dxa"/>
              <w:left w:w="100" w:type="dxa"/>
              <w:bottom w:w="80" w:type="dxa"/>
              <w:right w:w="100" w:type="dxa"/>
            </w:tcMar>
            <w:vAlign w:val="center"/>
          </w:tcPr>
          <w:p w:rsidR="00B2608D" w:rsidRDefault="00B2608D">
            <w:pPr>
              <w:spacing w:after="0"/>
              <w:rPr>
                <w:lang w:eastAsia="ja-JP"/>
              </w:rPr>
            </w:pPr>
          </w:p>
        </w:tc>
        <w:tc>
          <w:tcPr>
            <w:tcW w:w="1559" w:type="dxa"/>
            <w:tcMar>
              <w:top w:w="80" w:type="dxa"/>
              <w:left w:w="100" w:type="dxa"/>
              <w:bottom w:w="80" w:type="dxa"/>
              <w:right w:w="100" w:type="dxa"/>
            </w:tcMar>
            <w:vAlign w:val="center"/>
          </w:tcPr>
          <w:p w:rsidR="00B2608D" w:rsidRDefault="00B2608D">
            <w:pPr>
              <w:spacing w:after="0"/>
              <w:rPr>
                <w:lang w:eastAsia="ja-JP"/>
              </w:rPr>
            </w:pPr>
          </w:p>
        </w:tc>
        <w:tc>
          <w:tcPr>
            <w:tcW w:w="2550" w:type="dxa"/>
            <w:tcMar>
              <w:top w:w="80" w:type="dxa"/>
              <w:left w:w="100" w:type="dxa"/>
              <w:bottom w:w="80" w:type="dxa"/>
              <w:right w:w="100" w:type="dxa"/>
            </w:tcMar>
            <w:vAlign w:val="center"/>
          </w:tcPr>
          <w:p w:rsidR="00B2608D" w:rsidRDefault="00B2608D">
            <w:pPr>
              <w:spacing w:after="0"/>
              <w:rPr>
                <w:lang w:eastAsia="ja-JP"/>
              </w:rPr>
            </w:pPr>
          </w:p>
        </w:tc>
      </w:tr>
      <w:tr w:rsidR="00B2608D" w:rsidTr="00A7132C">
        <w:trPr>
          <w:cantSplit/>
          <w:jc w:val="center"/>
        </w:trPr>
        <w:tc>
          <w:tcPr>
            <w:tcW w:w="2410" w:type="dxa"/>
            <w:tcMar>
              <w:top w:w="80" w:type="dxa"/>
              <w:left w:w="100" w:type="dxa"/>
              <w:bottom w:w="80" w:type="dxa"/>
              <w:right w:w="100" w:type="dxa"/>
            </w:tcMar>
            <w:vAlign w:val="center"/>
          </w:tcPr>
          <w:p w:rsidR="00B2608D" w:rsidRDefault="00BD56B8">
            <w:pPr>
              <w:spacing w:after="0"/>
            </w:pPr>
            <w:proofErr w:type="spellStart"/>
            <w:r>
              <w:rPr>
                <w:b/>
              </w:rPr>
              <w:t>成果品作成担当者</w:t>
            </w:r>
            <w:proofErr w:type="spellEnd"/>
          </w:p>
        </w:tc>
        <w:tc>
          <w:tcPr>
            <w:tcW w:w="1418" w:type="dxa"/>
            <w:tcMar>
              <w:top w:w="80" w:type="dxa"/>
              <w:left w:w="100" w:type="dxa"/>
              <w:bottom w:w="80" w:type="dxa"/>
              <w:right w:w="100" w:type="dxa"/>
            </w:tcMar>
            <w:vAlign w:val="center"/>
          </w:tcPr>
          <w:p w:rsidR="00B2608D" w:rsidRDefault="00B2608D">
            <w:pPr>
              <w:spacing w:after="0"/>
              <w:jc w:val="center"/>
            </w:pPr>
          </w:p>
        </w:tc>
        <w:tc>
          <w:tcPr>
            <w:tcW w:w="1701" w:type="dxa"/>
            <w:tcMar>
              <w:top w:w="80" w:type="dxa"/>
              <w:left w:w="100" w:type="dxa"/>
              <w:bottom w:w="80" w:type="dxa"/>
              <w:right w:w="100" w:type="dxa"/>
            </w:tcMar>
            <w:vAlign w:val="center"/>
          </w:tcPr>
          <w:p w:rsidR="00B2608D" w:rsidRDefault="00B2608D">
            <w:pPr>
              <w:spacing w:after="0"/>
            </w:pPr>
          </w:p>
        </w:tc>
        <w:tc>
          <w:tcPr>
            <w:tcW w:w="1559" w:type="dxa"/>
            <w:tcMar>
              <w:top w:w="80" w:type="dxa"/>
              <w:left w:w="100" w:type="dxa"/>
              <w:bottom w:w="80" w:type="dxa"/>
              <w:right w:w="100" w:type="dxa"/>
            </w:tcMar>
            <w:vAlign w:val="center"/>
          </w:tcPr>
          <w:p w:rsidR="00B2608D" w:rsidRDefault="00B2608D">
            <w:pPr>
              <w:spacing w:after="0"/>
            </w:pPr>
          </w:p>
        </w:tc>
        <w:tc>
          <w:tcPr>
            <w:tcW w:w="2550" w:type="dxa"/>
            <w:tcMar>
              <w:top w:w="80" w:type="dxa"/>
              <w:left w:w="100" w:type="dxa"/>
              <w:bottom w:w="80" w:type="dxa"/>
              <w:right w:w="100" w:type="dxa"/>
            </w:tcMar>
            <w:vAlign w:val="center"/>
          </w:tcPr>
          <w:p w:rsidR="00B2608D" w:rsidRDefault="00B2608D">
            <w:pPr>
              <w:spacing w:after="0"/>
            </w:pPr>
          </w:p>
        </w:tc>
      </w:tr>
      <w:tr w:rsidR="00B2608D" w:rsidTr="00A7132C">
        <w:trPr>
          <w:cantSplit/>
          <w:jc w:val="center"/>
        </w:trPr>
        <w:tc>
          <w:tcPr>
            <w:tcW w:w="2410" w:type="dxa"/>
            <w:tcMar>
              <w:top w:w="80" w:type="dxa"/>
              <w:left w:w="100" w:type="dxa"/>
              <w:bottom w:w="80" w:type="dxa"/>
              <w:right w:w="100" w:type="dxa"/>
            </w:tcMar>
            <w:vAlign w:val="center"/>
          </w:tcPr>
          <w:p w:rsidR="00B2608D" w:rsidRDefault="00BD56B8">
            <w:pPr>
              <w:spacing w:after="0"/>
            </w:pPr>
            <w:r>
              <w:rPr>
                <w:b/>
              </w:rPr>
              <w:t>照査者</w:t>
            </w:r>
          </w:p>
        </w:tc>
        <w:tc>
          <w:tcPr>
            <w:tcW w:w="1418" w:type="dxa"/>
            <w:tcMar>
              <w:top w:w="80" w:type="dxa"/>
              <w:left w:w="100" w:type="dxa"/>
              <w:bottom w:w="80" w:type="dxa"/>
              <w:right w:w="100" w:type="dxa"/>
            </w:tcMar>
            <w:vAlign w:val="center"/>
          </w:tcPr>
          <w:p w:rsidR="00B2608D" w:rsidRDefault="00B2608D">
            <w:pPr>
              <w:spacing w:after="0"/>
              <w:jc w:val="center"/>
            </w:pPr>
          </w:p>
        </w:tc>
        <w:tc>
          <w:tcPr>
            <w:tcW w:w="1701" w:type="dxa"/>
            <w:tcMar>
              <w:top w:w="80" w:type="dxa"/>
              <w:left w:w="100" w:type="dxa"/>
              <w:bottom w:w="80" w:type="dxa"/>
              <w:right w:w="100" w:type="dxa"/>
            </w:tcMar>
            <w:vAlign w:val="center"/>
          </w:tcPr>
          <w:p w:rsidR="00B2608D" w:rsidRDefault="00B2608D">
            <w:pPr>
              <w:spacing w:after="0"/>
            </w:pPr>
          </w:p>
        </w:tc>
        <w:tc>
          <w:tcPr>
            <w:tcW w:w="1559" w:type="dxa"/>
            <w:tcMar>
              <w:top w:w="80" w:type="dxa"/>
              <w:left w:w="100" w:type="dxa"/>
              <w:bottom w:w="80" w:type="dxa"/>
              <w:right w:w="100" w:type="dxa"/>
            </w:tcMar>
            <w:vAlign w:val="center"/>
          </w:tcPr>
          <w:p w:rsidR="00B2608D" w:rsidRDefault="00B2608D">
            <w:pPr>
              <w:spacing w:after="0"/>
            </w:pPr>
          </w:p>
        </w:tc>
        <w:tc>
          <w:tcPr>
            <w:tcW w:w="2550" w:type="dxa"/>
            <w:tcMar>
              <w:top w:w="80" w:type="dxa"/>
              <w:left w:w="100" w:type="dxa"/>
              <w:bottom w:w="80" w:type="dxa"/>
              <w:right w:w="100" w:type="dxa"/>
            </w:tcMar>
            <w:vAlign w:val="center"/>
          </w:tcPr>
          <w:p w:rsidR="00B2608D" w:rsidRDefault="00B2608D">
            <w:pPr>
              <w:spacing w:after="0"/>
            </w:pPr>
          </w:p>
        </w:tc>
      </w:tr>
      <w:tr w:rsidR="00B2608D" w:rsidTr="00A7132C">
        <w:trPr>
          <w:cantSplit/>
          <w:jc w:val="center"/>
        </w:trPr>
        <w:tc>
          <w:tcPr>
            <w:tcW w:w="2410" w:type="dxa"/>
            <w:tcMar>
              <w:top w:w="80" w:type="dxa"/>
              <w:left w:w="100" w:type="dxa"/>
              <w:bottom w:w="80" w:type="dxa"/>
              <w:right w:w="100" w:type="dxa"/>
            </w:tcMar>
            <w:vAlign w:val="center"/>
          </w:tcPr>
          <w:p w:rsidR="00B2608D" w:rsidRDefault="00BD56B8">
            <w:pPr>
              <w:spacing w:after="0"/>
            </w:pPr>
            <w:r>
              <w:rPr>
                <w:b/>
              </w:rPr>
              <w:t>その他担当者</w:t>
            </w:r>
          </w:p>
        </w:tc>
        <w:tc>
          <w:tcPr>
            <w:tcW w:w="1418" w:type="dxa"/>
            <w:tcMar>
              <w:top w:w="80" w:type="dxa"/>
              <w:left w:w="100" w:type="dxa"/>
              <w:bottom w:w="80" w:type="dxa"/>
              <w:right w:w="100" w:type="dxa"/>
            </w:tcMar>
            <w:vAlign w:val="center"/>
          </w:tcPr>
          <w:p w:rsidR="00B2608D" w:rsidRDefault="00B2608D">
            <w:pPr>
              <w:spacing w:after="0"/>
              <w:jc w:val="center"/>
            </w:pPr>
          </w:p>
        </w:tc>
        <w:tc>
          <w:tcPr>
            <w:tcW w:w="1701" w:type="dxa"/>
            <w:tcMar>
              <w:top w:w="80" w:type="dxa"/>
              <w:left w:w="100" w:type="dxa"/>
              <w:bottom w:w="80" w:type="dxa"/>
              <w:right w:w="100" w:type="dxa"/>
            </w:tcMar>
            <w:vAlign w:val="center"/>
          </w:tcPr>
          <w:p w:rsidR="00B2608D" w:rsidRDefault="00B2608D">
            <w:pPr>
              <w:spacing w:after="0"/>
            </w:pPr>
          </w:p>
        </w:tc>
        <w:tc>
          <w:tcPr>
            <w:tcW w:w="1559" w:type="dxa"/>
            <w:tcMar>
              <w:top w:w="80" w:type="dxa"/>
              <w:left w:w="100" w:type="dxa"/>
              <w:bottom w:w="80" w:type="dxa"/>
              <w:right w:w="100" w:type="dxa"/>
            </w:tcMar>
            <w:vAlign w:val="center"/>
          </w:tcPr>
          <w:p w:rsidR="00B2608D" w:rsidRDefault="00B2608D">
            <w:pPr>
              <w:spacing w:after="0"/>
            </w:pPr>
          </w:p>
        </w:tc>
        <w:tc>
          <w:tcPr>
            <w:tcW w:w="2550" w:type="dxa"/>
            <w:tcMar>
              <w:top w:w="80" w:type="dxa"/>
              <w:left w:w="100" w:type="dxa"/>
              <w:bottom w:w="80" w:type="dxa"/>
              <w:right w:w="100" w:type="dxa"/>
            </w:tcMar>
            <w:vAlign w:val="center"/>
          </w:tcPr>
          <w:p w:rsidR="00B2608D" w:rsidRDefault="00B2608D">
            <w:pPr>
              <w:spacing w:after="0"/>
            </w:pPr>
          </w:p>
        </w:tc>
      </w:tr>
    </w:tbl>
    <w:p w:rsidR="00B2608D" w:rsidRDefault="00B2608D">
      <w:pPr>
        <w:spacing w:after="0"/>
      </w:pPr>
    </w:p>
    <w:p w:rsidR="00B2608D" w:rsidRDefault="00BD56B8">
      <w:pPr>
        <w:rPr>
          <w:lang w:eastAsia="ja-JP"/>
        </w:rPr>
      </w:pPr>
      <w:r>
        <w:rPr>
          <w:lang w:eastAsia="ja-JP"/>
        </w:rPr>
        <w:t>注1　現地調査統括責任者及び電気設備・太陽光発電設備技術検討担当者には、参加者と直接的かつ恒常的な雇用関係にある1級電気工事施工管理技士を1名以上配置してください。両担当者は兼任できます。</w:t>
      </w:r>
    </w:p>
    <w:p w:rsidR="00B2608D" w:rsidRDefault="00BD56B8">
      <w:pPr>
        <w:rPr>
          <w:lang w:eastAsia="ja-JP"/>
        </w:rPr>
      </w:pPr>
      <w:r>
        <w:rPr>
          <w:lang w:eastAsia="ja-JP"/>
        </w:rPr>
        <w:t>注2　成果品の照査者は、成果品の作成者とは別の者を配置してください。兼任する役割がある場合は、その旨を明記してください。</w:t>
      </w:r>
    </w:p>
    <w:p w:rsidR="00BD56B8" w:rsidRDefault="00BD56B8">
      <w:pPr>
        <w:rPr>
          <w:lang w:eastAsia="ja-JP"/>
        </w:rPr>
      </w:pPr>
    </w:p>
    <w:p w:rsidR="00B2608D" w:rsidRDefault="00BD56B8">
      <w:r>
        <w:t>2．指揮命令・連絡体制</w:t>
      </w:r>
    </w:p>
    <w:tbl>
      <w:tblPr>
        <w:tblStyle w:val="afe"/>
        <w:tblW w:w="0" w:type="auto"/>
        <w:jc w:val="center"/>
        <w:tblLayout w:type="fixed"/>
        <w:tblLook w:val="04A0" w:firstRow="1" w:lastRow="0" w:firstColumn="1" w:lastColumn="0" w:noHBand="0" w:noVBand="1"/>
      </w:tblPr>
      <w:tblGrid>
        <w:gridCol w:w="2835"/>
        <w:gridCol w:w="6803"/>
      </w:tblGrid>
      <w:tr w:rsidR="00B2608D">
        <w:trPr>
          <w:cantSplit/>
          <w:jc w:val="center"/>
        </w:trPr>
        <w:tc>
          <w:tcPr>
            <w:tcW w:w="2835" w:type="dxa"/>
            <w:tcMar>
              <w:top w:w="80" w:type="dxa"/>
              <w:left w:w="100" w:type="dxa"/>
              <w:bottom w:w="80" w:type="dxa"/>
              <w:right w:w="100" w:type="dxa"/>
            </w:tcMar>
            <w:vAlign w:val="center"/>
          </w:tcPr>
          <w:p w:rsidR="00B2608D" w:rsidRDefault="00BD56B8">
            <w:pPr>
              <w:spacing w:after="0"/>
              <w:jc w:val="center"/>
            </w:pPr>
            <w:r>
              <w:rPr>
                <w:b/>
              </w:rPr>
              <w:t>本町との窓口</w:t>
            </w:r>
          </w:p>
        </w:tc>
        <w:tc>
          <w:tcPr>
            <w:tcW w:w="6803" w:type="dxa"/>
            <w:tcMar>
              <w:top w:w="80" w:type="dxa"/>
              <w:left w:w="100" w:type="dxa"/>
              <w:bottom w:w="80" w:type="dxa"/>
              <w:right w:w="100" w:type="dxa"/>
            </w:tcMar>
            <w:vAlign w:val="center"/>
          </w:tcPr>
          <w:p w:rsidR="00B2608D" w:rsidRDefault="00BD56B8">
            <w:pPr>
              <w:spacing w:after="0"/>
            </w:pPr>
            <w:proofErr w:type="spellStart"/>
            <w:r>
              <w:t>連絡責任者</w:t>
            </w:r>
            <w:proofErr w:type="spellEnd"/>
            <w:r>
              <w:t xml:space="preserve">：　　　　　　　　　　</w:t>
            </w:r>
            <w:proofErr w:type="spellStart"/>
            <w:r>
              <w:t>緊急連絡先</w:t>
            </w:r>
            <w:proofErr w:type="spellEnd"/>
            <w:r>
              <w:t>：</w:t>
            </w:r>
          </w:p>
        </w:tc>
      </w:tr>
      <w:tr w:rsidR="00B2608D">
        <w:trPr>
          <w:cantSplit/>
          <w:jc w:val="center"/>
        </w:trPr>
        <w:tc>
          <w:tcPr>
            <w:tcW w:w="2835" w:type="dxa"/>
            <w:tcMar>
              <w:top w:w="80" w:type="dxa"/>
              <w:left w:w="100" w:type="dxa"/>
              <w:bottom w:w="80" w:type="dxa"/>
              <w:right w:w="100" w:type="dxa"/>
            </w:tcMar>
            <w:vAlign w:val="center"/>
          </w:tcPr>
          <w:p w:rsidR="00B2608D" w:rsidRDefault="00BD56B8">
            <w:pPr>
              <w:spacing w:after="0"/>
              <w:jc w:val="center"/>
              <w:rPr>
                <w:lang w:eastAsia="ja-JP"/>
              </w:rPr>
            </w:pPr>
            <w:r>
              <w:rPr>
                <w:b/>
                <w:lang w:eastAsia="ja-JP"/>
              </w:rPr>
              <w:t>指揮命令・情報共有方法</w:t>
            </w:r>
          </w:p>
        </w:tc>
        <w:tc>
          <w:tcPr>
            <w:tcW w:w="6803" w:type="dxa"/>
            <w:tcMar>
              <w:top w:w="80" w:type="dxa"/>
              <w:left w:w="100" w:type="dxa"/>
              <w:bottom w:w="80" w:type="dxa"/>
              <w:right w:w="100" w:type="dxa"/>
            </w:tcMar>
            <w:vAlign w:val="center"/>
          </w:tcPr>
          <w:p w:rsidR="00B2608D" w:rsidRDefault="00B2608D">
            <w:pPr>
              <w:spacing w:after="0"/>
              <w:rPr>
                <w:lang w:eastAsia="ja-JP"/>
              </w:rPr>
            </w:pPr>
          </w:p>
        </w:tc>
      </w:tr>
      <w:tr w:rsidR="00B2608D">
        <w:trPr>
          <w:cantSplit/>
          <w:jc w:val="center"/>
        </w:trPr>
        <w:tc>
          <w:tcPr>
            <w:tcW w:w="2835" w:type="dxa"/>
            <w:tcMar>
              <w:top w:w="80" w:type="dxa"/>
              <w:left w:w="100" w:type="dxa"/>
              <w:bottom w:w="80" w:type="dxa"/>
              <w:right w:w="100" w:type="dxa"/>
            </w:tcMar>
            <w:vAlign w:val="center"/>
          </w:tcPr>
          <w:p w:rsidR="00B2608D" w:rsidRDefault="00BD56B8">
            <w:pPr>
              <w:spacing w:after="0"/>
              <w:jc w:val="center"/>
              <w:rPr>
                <w:lang w:eastAsia="ja-JP"/>
              </w:rPr>
            </w:pPr>
            <w:r>
              <w:rPr>
                <w:b/>
                <w:lang w:eastAsia="ja-JP"/>
              </w:rPr>
              <w:t>再委託先を含む連携方法</w:t>
            </w:r>
          </w:p>
        </w:tc>
        <w:tc>
          <w:tcPr>
            <w:tcW w:w="6803" w:type="dxa"/>
            <w:tcMar>
              <w:top w:w="80" w:type="dxa"/>
              <w:left w:w="100" w:type="dxa"/>
              <w:bottom w:w="80" w:type="dxa"/>
              <w:right w:w="100" w:type="dxa"/>
            </w:tcMar>
            <w:vAlign w:val="center"/>
          </w:tcPr>
          <w:p w:rsidR="00B2608D" w:rsidRDefault="00B2608D">
            <w:pPr>
              <w:spacing w:after="0"/>
              <w:rPr>
                <w:lang w:eastAsia="ja-JP"/>
              </w:rPr>
            </w:pPr>
          </w:p>
        </w:tc>
      </w:tr>
    </w:tbl>
    <w:p w:rsidR="00B2608D" w:rsidRDefault="00B2608D">
      <w:pPr>
        <w:spacing w:after="0"/>
        <w:rPr>
          <w:lang w:eastAsia="ja-JP"/>
        </w:rPr>
      </w:pPr>
    </w:p>
    <w:p w:rsidR="00B2608D" w:rsidRDefault="00BD56B8">
      <w:r>
        <w:t>3．業務実施体制図</w:t>
      </w:r>
    </w:p>
    <w:tbl>
      <w:tblPr>
        <w:tblStyle w:val="afe"/>
        <w:tblW w:w="0" w:type="auto"/>
        <w:jc w:val="center"/>
        <w:tblLayout w:type="fixed"/>
        <w:tblLook w:val="04A0" w:firstRow="1" w:lastRow="0" w:firstColumn="1" w:lastColumn="0" w:noHBand="0" w:noVBand="1"/>
      </w:tblPr>
      <w:tblGrid>
        <w:gridCol w:w="9638"/>
      </w:tblGrid>
      <w:tr w:rsidR="00B2608D">
        <w:trPr>
          <w:cantSplit/>
          <w:jc w:val="center"/>
        </w:trPr>
        <w:tc>
          <w:tcPr>
            <w:tcW w:w="9638" w:type="dxa"/>
            <w:tcMar>
              <w:top w:w="80" w:type="dxa"/>
              <w:left w:w="100" w:type="dxa"/>
              <w:bottom w:w="80" w:type="dxa"/>
              <w:right w:w="100" w:type="dxa"/>
            </w:tcMar>
            <w:vAlign w:val="center"/>
          </w:tcPr>
          <w:p w:rsidR="00B2608D" w:rsidRDefault="00BD56B8">
            <w:pPr>
              <w:spacing w:after="0"/>
              <w:rPr>
                <w:lang w:eastAsia="ja-JP"/>
              </w:rPr>
            </w:pPr>
            <w:r>
              <w:rPr>
                <w:b/>
                <w:lang w:eastAsia="ja-JP"/>
              </w:rPr>
              <w:t>本町、事業責任者、各担当者、照査者及び再委託先の関係が分かる体制図を記載してください。</w:t>
            </w:r>
            <w:r>
              <w:rPr>
                <w:b/>
                <w:lang w:eastAsia="ja-JP"/>
              </w:rPr>
              <w:br/>
            </w:r>
            <w:r>
              <w:rPr>
                <w:b/>
                <w:lang w:eastAsia="ja-JP"/>
              </w:rPr>
              <w:br/>
            </w:r>
            <w:r>
              <w:rPr>
                <w:b/>
                <w:lang w:eastAsia="ja-JP"/>
              </w:rPr>
              <w:br/>
            </w:r>
            <w:r>
              <w:rPr>
                <w:b/>
                <w:lang w:eastAsia="ja-JP"/>
              </w:rPr>
              <w:br/>
            </w:r>
          </w:p>
        </w:tc>
      </w:tr>
    </w:tbl>
    <w:p w:rsidR="00BD56B8" w:rsidRDefault="00BD56B8">
      <w:pPr>
        <w:rPr>
          <w:lang w:eastAsia="ja-JP"/>
        </w:rPr>
      </w:pPr>
    </w:p>
    <w:p w:rsidR="00B2608D" w:rsidRDefault="00BD56B8" w:rsidP="00BD56B8">
      <w:pPr>
        <w:spacing w:after="200" w:line="276" w:lineRule="auto"/>
        <w:rPr>
          <w:lang w:eastAsia="ja-JP"/>
        </w:rPr>
      </w:pPr>
      <w:r>
        <w:rPr>
          <w:lang w:eastAsia="ja-JP"/>
        </w:rPr>
        <w:br w:type="page"/>
      </w:r>
    </w:p>
    <w:p w:rsidR="00B2608D" w:rsidRDefault="00BD56B8">
      <w:pPr>
        <w:spacing w:after="100"/>
      </w:pPr>
      <w:r>
        <w:lastRenderedPageBreak/>
        <w:t>様式第4号（2/3）</w:t>
      </w:r>
    </w:p>
    <w:p w:rsidR="00B2608D" w:rsidRDefault="00BD56B8">
      <w:pPr>
        <w:spacing w:after="160"/>
        <w:jc w:val="center"/>
      </w:pPr>
      <w:r>
        <w:rPr>
          <w:b/>
        </w:rPr>
        <w:t>業務実施体制書</w:t>
      </w:r>
    </w:p>
    <w:p w:rsidR="00B2608D" w:rsidRDefault="00BD56B8">
      <w:r>
        <w:t>4．主要配置予定者調書</w:t>
      </w:r>
    </w:p>
    <w:p w:rsidR="00B2608D" w:rsidRDefault="00BD56B8">
      <w:r>
        <w:t>（1）事業責任者</w:t>
      </w:r>
    </w:p>
    <w:tbl>
      <w:tblPr>
        <w:tblStyle w:val="afe"/>
        <w:tblW w:w="0" w:type="auto"/>
        <w:jc w:val="center"/>
        <w:tblLayout w:type="fixed"/>
        <w:tblLook w:val="04A0" w:firstRow="1" w:lastRow="0" w:firstColumn="1" w:lastColumn="0" w:noHBand="0" w:noVBand="1"/>
      </w:tblPr>
      <w:tblGrid>
        <w:gridCol w:w="2835"/>
        <w:gridCol w:w="6803"/>
      </w:tblGrid>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pPr>
            <w:proofErr w:type="spellStart"/>
            <w:r>
              <w:rPr>
                <w:b/>
              </w:rPr>
              <w:t>氏名・所属・役職</w:t>
            </w:r>
            <w:proofErr w:type="spellEnd"/>
          </w:p>
        </w:tc>
        <w:tc>
          <w:tcPr>
            <w:tcW w:w="6803" w:type="dxa"/>
            <w:tcMar>
              <w:top w:w="80" w:type="dxa"/>
              <w:left w:w="100" w:type="dxa"/>
              <w:bottom w:w="80" w:type="dxa"/>
              <w:right w:w="100" w:type="dxa"/>
            </w:tcMar>
            <w:vAlign w:val="center"/>
          </w:tcPr>
          <w:p w:rsidR="00B2608D" w:rsidRDefault="00B2608D">
            <w:pPr>
              <w:spacing w:after="0"/>
            </w:pPr>
          </w:p>
        </w:tc>
      </w:tr>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rPr>
                <w:lang w:eastAsia="ja-JP"/>
              </w:rPr>
            </w:pPr>
            <w:r>
              <w:rPr>
                <w:b/>
                <w:lang w:eastAsia="ja-JP"/>
              </w:rPr>
              <w:t>保有資格・取得年月日</w:t>
            </w:r>
          </w:p>
        </w:tc>
        <w:tc>
          <w:tcPr>
            <w:tcW w:w="6803" w:type="dxa"/>
            <w:tcMar>
              <w:top w:w="80" w:type="dxa"/>
              <w:left w:w="100" w:type="dxa"/>
              <w:bottom w:w="80" w:type="dxa"/>
              <w:right w:w="100" w:type="dxa"/>
            </w:tcMar>
            <w:vAlign w:val="center"/>
          </w:tcPr>
          <w:p w:rsidR="00B2608D" w:rsidRDefault="00B2608D">
            <w:pPr>
              <w:spacing w:after="0"/>
              <w:rPr>
                <w:lang w:eastAsia="ja-JP"/>
              </w:rPr>
            </w:pPr>
          </w:p>
        </w:tc>
      </w:tr>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pPr>
            <w:proofErr w:type="spellStart"/>
            <w:r>
              <w:rPr>
                <w:b/>
              </w:rPr>
              <w:t>実務経験年数</w:t>
            </w:r>
            <w:proofErr w:type="spellEnd"/>
          </w:p>
        </w:tc>
        <w:tc>
          <w:tcPr>
            <w:tcW w:w="6803" w:type="dxa"/>
            <w:tcMar>
              <w:top w:w="80" w:type="dxa"/>
              <w:left w:w="100" w:type="dxa"/>
              <w:bottom w:w="80" w:type="dxa"/>
              <w:right w:w="100" w:type="dxa"/>
            </w:tcMar>
            <w:vAlign w:val="center"/>
          </w:tcPr>
          <w:p w:rsidR="00B2608D" w:rsidRDefault="00BD56B8">
            <w:pPr>
              <w:spacing w:after="0"/>
            </w:pPr>
            <w:r>
              <w:t xml:space="preserve">　　　年</w:t>
            </w:r>
          </w:p>
        </w:tc>
      </w:tr>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pPr>
            <w:r>
              <w:rPr>
                <w:b/>
              </w:rPr>
              <w:t>類似業務実績</w:t>
            </w:r>
          </w:p>
        </w:tc>
        <w:tc>
          <w:tcPr>
            <w:tcW w:w="6803" w:type="dxa"/>
            <w:tcMar>
              <w:top w:w="80" w:type="dxa"/>
              <w:left w:w="100" w:type="dxa"/>
              <w:bottom w:w="80" w:type="dxa"/>
              <w:right w:w="100" w:type="dxa"/>
            </w:tcMar>
            <w:vAlign w:val="center"/>
          </w:tcPr>
          <w:p w:rsidR="00B2608D" w:rsidRDefault="00BD56B8">
            <w:pPr>
              <w:spacing w:after="0"/>
              <w:rPr>
                <w:lang w:eastAsia="ja-JP"/>
              </w:rPr>
            </w:pPr>
            <w:r>
              <w:rPr>
                <w:lang w:eastAsia="ja-JP"/>
              </w:rPr>
              <w:t>業務名：</w:t>
            </w:r>
            <w:r>
              <w:rPr>
                <w:lang w:eastAsia="ja-JP"/>
              </w:rPr>
              <w:br/>
              <w:t>発注者：</w:t>
            </w:r>
            <w:r>
              <w:rPr>
                <w:lang w:eastAsia="ja-JP"/>
              </w:rPr>
              <w:br/>
              <w:t>担当した役割：</w:t>
            </w:r>
          </w:p>
        </w:tc>
      </w:tr>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rPr>
                <w:lang w:eastAsia="ja-JP"/>
              </w:rPr>
            </w:pPr>
            <w:r>
              <w:rPr>
                <w:b/>
                <w:lang w:eastAsia="ja-JP"/>
              </w:rPr>
              <w:t>本事業における具体的役割</w:t>
            </w:r>
          </w:p>
        </w:tc>
        <w:tc>
          <w:tcPr>
            <w:tcW w:w="6803" w:type="dxa"/>
            <w:tcMar>
              <w:top w:w="80" w:type="dxa"/>
              <w:left w:w="100" w:type="dxa"/>
              <w:bottom w:w="80" w:type="dxa"/>
              <w:right w:w="100" w:type="dxa"/>
            </w:tcMar>
            <w:vAlign w:val="center"/>
          </w:tcPr>
          <w:p w:rsidR="00B2608D" w:rsidRDefault="00B2608D">
            <w:pPr>
              <w:spacing w:after="0"/>
              <w:rPr>
                <w:lang w:eastAsia="ja-JP"/>
              </w:rPr>
            </w:pPr>
          </w:p>
        </w:tc>
      </w:tr>
    </w:tbl>
    <w:p w:rsidR="00B2608D" w:rsidRDefault="00B2608D">
      <w:pPr>
        <w:spacing w:after="0"/>
        <w:rPr>
          <w:lang w:eastAsia="ja-JP"/>
        </w:rPr>
      </w:pPr>
    </w:p>
    <w:p w:rsidR="00B2608D" w:rsidRDefault="00BD56B8">
      <w:r>
        <w:t>（2）現地調査統括責任者</w:t>
      </w:r>
    </w:p>
    <w:tbl>
      <w:tblPr>
        <w:tblStyle w:val="afe"/>
        <w:tblW w:w="0" w:type="auto"/>
        <w:jc w:val="center"/>
        <w:tblLayout w:type="fixed"/>
        <w:tblLook w:val="04A0" w:firstRow="1" w:lastRow="0" w:firstColumn="1" w:lastColumn="0" w:noHBand="0" w:noVBand="1"/>
      </w:tblPr>
      <w:tblGrid>
        <w:gridCol w:w="2835"/>
        <w:gridCol w:w="6803"/>
      </w:tblGrid>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pPr>
            <w:proofErr w:type="spellStart"/>
            <w:r>
              <w:rPr>
                <w:b/>
              </w:rPr>
              <w:t>氏名・所属・役職</w:t>
            </w:r>
            <w:proofErr w:type="spellEnd"/>
          </w:p>
        </w:tc>
        <w:tc>
          <w:tcPr>
            <w:tcW w:w="6803" w:type="dxa"/>
            <w:tcMar>
              <w:top w:w="80" w:type="dxa"/>
              <w:left w:w="100" w:type="dxa"/>
              <w:bottom w:w="80" w:type="dxa"/>
              <w:right w:w="100" w:type="dxa"/>
            </w:tcMar>
            <w:vAlign w:val="center"/>
          </w:tcPr>
          <w:p w:rsidR="00B2608D" w:rsidRDefault="00B2608D">
            <w:pPr>
              <w:spacing w:after="0"/>
            </w:pPr>
          </w:p>
        </w:tc>
      </w:tr>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rPr>
                <w:lang w:eastAsia="ja-JP"/>
              </w:rPr>
            </w:pPr>
            <w:r>
              <w:rPr>
                <w:b/>
                <w:lang w:eastAsia="ja-JP"/>
              </w:rPr>
              <w:t>保有資格・取得年月日</w:t>
            </w:r>
          </w:p>
        </w:tc>
        <w:tc>
          <w:tcPr>
            <w:tcW w:w="6803" w:type="dxa"/>
            <w:tcMar>
              <w:top w:w="80" w:type="dxa"/>
              <w:left w:w="100" w:type="dxa"/>
              <w:bottom w:w="80" w:type="dxa"/>
              <w:right w:w="100" w:type="dxa"/>
            </w:tcMar>
            <w:vAlign w:val="center"/>
          </w:tcPr>
          <w:p w:rsidR="00B2608D" w:rsidRDefault="00B2608D">
            <w:pPr>
              <w:spacing w:after="0"/>
              <w:rPr>
                <w:lang w:eastAsia="ja-JP"/>
              </w:rPr>
            </w:pPr>
          </w:p>
        </w:tc>
      </w:tr>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pPr>
            <w:proofErr w:type="spellStart"/>
            <w:r>
              <w:rPr>
                <w:b/>
              </w:rPr>
              <w:t>実務経験年数</w:t>
            </w:r>
            <w:proofErr w:type="spellEnd"/>
          </w:p>
        </w:tc>
        <w:tc>
          <w:tcPr>
            <w:tcW w:w="6803" w:type="dxa"/>
            <w:tcMar>
              <w:top w:w="80" w:type="dxa"/>
              <w:left w:w="100" w:type="dxa"/>
              <w:bottom w:w="80" w:type="dxa"/>
              <w:right w:w="100" w:type="dxa"/>
            </w:tcMar>
            <w:vAlign w:val="center"/>
          </w:tcPr>
          <w:p w:rsidR="00B2608D" w:rsidRDefault="00BD56B8">
            <w:pPr>
              <w:spacing w:after="0"/>
            </w:pPr>
            <w:r>
              <w:t xml:space="preserve">　　　年</w:t>
            </w:r>
          </w:p>
        </w:tc>
      </w:tr>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pPr>
            <w:r>
              <w:rPr>
                <w:b/>
              </w:rPr>
              <w:t>類似業務実績</w:t>
            </w:r>
          </w:p>
        </w:tc>
        <w:tc>
          <w:tcPr>
            <w:tcW w:w="6803" w:type="dxa"/>
            <w:tcMar>
              <w:top w:w="80" w:type="dxa"/>
              <w:left w:w="100" w:type="dxa"/>
              <w:bottom w:w="80" w:type="dxa"/>
              <w:right w:w="100" w:type="dxa"/>
            </w:tcMar>
            <w:vAlign w:val="center"/>
          </w:tcPr>
          <w:p w:rsidR="00B2608D" w:rsidRDefault="00BD56B8">
            <w:pPr>
              <w:spacing w:after="0"/>
              <w:rPr>
                <w:lang w:eastAsia="ja-JP"/>
              </w:rPr>
            </w:pPr>
            <w:r>
              <w:rPr>
                <w:lang w:eastAsia="ja-JP"/>
              </w:rPr>
              <w:t>業務名：</w:t>
            </w:r>
            <w:r>
              <w:rPr>
                <w:lang w:eastAsia="ja-JP"/>
              </w:rPr>
              <w:br/>
              <w:t>発注者：</w:t>
            </w:r>
            <w:r>
              <w:rPr>
                <w:lang w:eastAsia="ja-JP"/>
              </w:rPr>
              <w:br/>
              <w:t>担当した役割：</w:t>
            </w:r>
          </w:p>
        </w:tc>
      </w:tr>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rPr>
                <w:lang w:eastAsia="ja-JP"/>
              </w:rPr>
            </w:pPr>
            <w:r>
              <w:rPr>
                <w:b/>
                <w:lang w:eastAsia="ja-JP"/>
              </w:rPr>
              <w:t>本事業における具体的役割</w:t>
            </w:r>
          </w:p>
        </w:tc>
        <w:tc>
          <w:tcPr>
            <w:tcW w:w="6803" w:type="dxa"/>
            <w:tcMar>
              <w:top w:w="80" w:type="dxa"/>
              <w:left w:w="100" w:type="dxa"/>
              <w:bottom w:w="80" w:type="dxa"/>
              <w:right w:w="100" w:type="dxa"/>
            </w:tcMar>
            <w:vAlign w:val="center"/>
          </w:tcPr>
          <w:p w:rsidR="00B2608D" w:rsidRDefault="00B2608D">
            <w:pPr>
              <w:spacing w:after="0"/>
              <w:rPr>
                <w:lang w:eastAsia="ja-JP"/>
              </w:rPr>
            </w:pPr>
          </w:p>
        </w:tc>
      </w:tr>
    </w:tbl>
    <w:p w:rsidR="00B2608D" w:rsidRDefault="00B2608D">
      <w:pPr>
        <w:spacing w:after="0"/>
        <w:rPr>
          <w:lang w:eastAsia="ja-JP"/>
        </w:rPr>
      </w:pPr>
    </w:p>
    <w:p w:rsidR="00B2608D" w:rsidRDefault="00BD56B8">
      <w:pPr>
        <w:rPr>
          <w:lang w:eastAsia="ja-JP"/>
        </w:rPr>
      </w:pPr>
      <w:r>
        <w:rPr>
          <w:lang w:eastAsia="ja-JP"/>
        </w:rPr>
        <w:t>（3）電気設備・太陽光発電設備技術検討担当者</w:t>
      </w:r>
    </w:p>
    <w:tbl>
      <w:tblPr>
        <w:tblStyle w:val="afe"/>
        <w:tblW w:w="0" w:type="auto"/>
        <w:jc w:val="center"/>
        <w:tblLayout w:type="fixed"/>
        <w:tblLook w:val="04A0" w:firstRow="1" w:lastRow="0" w:firstColumn="1" w:lastColumn="0" w:noHBand="0" w:noVBand="1"/>
      </w:tblPr>
      <w:tblGrid>
        <w:gridCol w:w="2835"/>
        <w:gridCol w:w="6803"/>
      </w:tblGrid>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pPr>
            <w:proofErr w:type="spellStart"/>
            <w:r>
              <w:rPr>
                <w:b/>
              </w:rPr>
              <w:t>氏名・所属・役職</w:t>
            </w:r>
            <w:proofErr w:type="spellEnd"/>
          </w:p>
        </w:tc>
        <w:tc>
          <w:tcPr>
            <w:tcW w:w="6803" w:type="dxa"/>
            <w:tcMar>
              <w:top w:w="80" w:type="dxa"/>
              <w:left w:w="100" w:type="dxa"/>
              <w:bottom w:w="80" w:type="dxa"/>
              <w:right w:w="100" w:type="dxa"/>
            </w:tcMar>
            <w:vAlign w:val="center"/>
          </w:tcPr>
          <w:p w:rsidR="00B2608D" w:rsidRDefault="00B2608D">
            <w:pPr>
              <w:spacing w:after="0"/>
            </w:pPr>
          </w:p>
        </w:tc>
      </w:tr>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rPr>
                <w:lang w:eastAsia="ja-JP"/>
              </w:rPr>
            </w:pPr>
            <w:r>
              <w:rPr>
                <w:b/>
                <w:lang w:eastAsia="ja-JP"/>
              </w:rPr>
              <w:t>保有資格・取得年月日</w:t>
            </w:r>
          </w:p>
        </w:tc>
        <w:tc>
          <w:tcPr>
            <w:tcW w:w="6803" w:type="dxa"/>
            <w:tcMar>
              <w:top w:w="80" w:type="dxa"/>
              <w:left w:w="100" w:type="dxa"/>
              <w:bottom w:w="80" w:type="dxa"/>
              <w:right w:w="100" w:type="dxa"/>
            </w:tcMar>
            <w:vAlign w:val="center"/>
          </w:tcPr>
          <w:p w:rsidR="00B2608D" w:rsidRDefault="00B2608D">
            <w:pPr>
              <w:spacing w:after="0"/>
              <w:rPr>
                <w:lang w:eastAsia="ja-JP"/>
              </w:rPr>
            </w:pPr>
          </w:p>
        </w:tc>
      </w:tr>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pPr>
            <w:proofErr w:type="spellStart"/>
            <w:r>
              <w:rPr>
                <w:b/>
              </w:rPr>
              <w:t>実務経験年数</w:t>
            </w:r>
            <w:proofErr w:type="spellEnd"/>
          </w:p>
        </w:tc>
        <w:tc>
          <w:tcPr>
            <w:tcW w:w="6803" w:type="dxa"/>
            <w:tcMar>
              <w:top w:w="80" w:type="dxa"/>
              <w:left w:w="100" w:type="dxa"/>
              <w:bottom w:w="80" w:type="dxa"/>
              <w:right w:w="100" w:type="dxa"/>
            </w:tcMar>
            <w:vAlign w:val="center"/>
          </w:tcPr>
          <w:p w:rsidR="00B2608D" w:rsidRDefault="00BD56B8">
            <w:pPr>
              <w:spacing w:after="0"/>
            </w:pPr>
            <w:r>
              <w:t xml:space="preserve">　　　年</w:t>
            </w:r>
          </w:p>
        </w:tc>
      </w:tr>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pPr>
            <w:r>
              <w:rPr>
                <w:b/>
              </w:rPr>
              <w:t>類似業務実績</w:t>
            </w:r>
          </w:p>
        </w:tc>
        <w:tc>
          <w:tcPr>
            <w:tcW w:w="6803" w:type="dxa"/>
            <w:tcMar>
              <w:top w:w="80" w:type="dxa"/>
              <w:left w:w="100" w:type="dxa"/>
              <w:bottom w:w="80" w:type="dxa"/>
              <w:right w:w="100" w:type="dxa"/>
            </w:tcMar>
            <w:vAlign w:val="center"/>
          </w:tcPr>
          <w:p w:rsidR="00B2608D" w:rsidRDefault="00BD56B8">
            <w:pPr>
              <w:spacing w:after="0"/>
              <w:rPr>
                <w:lang w:eastAsia="ja-JP"/>
              </w:rPr>
            </w:pPr>
            <w:r>
              <w:rPr>
                <w:lang w:eastAsia="ja-JP"/>
              </w:rPr>
              <w:t>業務名：</w:t>
            </w:r>
            <w:r>
              <w:rPr>
                <w:lang w:eastAsia="ja-JP"/>
              </w:rPr>
              <w:br/>
              <w:t>発注者：</w:t>
            </w:r>
            <w:r>
              <w:rPr>
                <w:lang w:eastAsia="ja-JP"/>
              </w:rPr>
              <w:br/>
              <w:t>担当した役割：</w:t>
            </w:r>
          </w:p>
        </w:tc>
      </w:tr>
      <w:tr w:rsidR="00B2608D" w:rsidTr="00A7132C">
        <w:trPr>
          <w:cantSplit/>
          <w:jc w:val="center"/>
        </w:trPr>
        <w:tc>
          <w:tcPr>
            <w:tcW w:w="2835" w:type="dxa"/>
            <w:tcMar>
              <w:top w:w="80" w:type="dxa"/>
              <w:left w:w="100" w:type="dxa"/>
              <w:bottom w:w="80" w:type="dxa"/>
              <w:right w:w="100" w:type="dxa"/>
            </w:tcMar>
            <w:vAlign w:val="center"/>
          </w:tcPr>
          <w:p w:rsidR="00B2608D" w:rsidRDefault="00BD56B8">
            <w:pPr>
              <w:spacing w:after="0"/>
              <w:jc w:val="center"/>
              <w:rPr>
                <w:lang w:eastAsia="ja-JP"/>
              </w:rPr>
            </w:pPr>
            <w:r>
              <w:rPr>
                <w:b/>
                <w:lang w:eastAsia="ja-JP"/>
              </w:rPr>
              <w:t>本事業における具体的役割</w:t>
            </w:r>
          </w:p>
        </w:tc>
        <w:tc>
          <w:tcPr>
            <w:tcW w:w="6803" w:type="dxa"/>
            <w:tcMar>
              <w:top w:w="80" w:type="dxa"/>
              <w:left w:w="100" w:type="dxa"/>
              <w:bottom w:w="80" w:type="dxa"/>
              <w:right w:w="100" w:type="dxa"/>
            </w:tcMar>
            <w:vAlign w:val="center"/>
          </w:tcPr>
          <w:p w:rsidR="00B2608D" w:rsidRDefault="00B2608D">
            <w:pPr>
              <w:spacing w:after="0"/>
              <w:rPr>
                <w:lang w:eastAsia="ja-JP"/>
              </w:rPr>
            </w:pPr>
          </w:p>
        </w:tc>
      </w:tr>
    </w:tbl>
    <w:p w:rsidR="00B2608D" w:rsidRDefault="00B2608D">
      <w:pPr>
        <w:spacing w:after="0"/>
        <w:rPr>
          <w:lang w:eastAsia="ja-JP"/>
        </w:rPr>
      </w:pPr>
    </w:p>
    <w:p w:rsidR="00B2608D" w:rsidRDefault="00BD56B8">
      <w:pPr>
        <w:rPr>
          <w:lang w:eastAsia="ja-JP"/>
        </w:rPr>
      </w:pPr>
      <w:r>
        <w:rPr>
          <w:lang w:eastAsia="ja-JP"/>
        </w:rPr>
        <w:t>注1　主要配置予定者の資格及び雇用関係を確認できる資料を添付してください。</w:t>
      </w:r>
    </w:p>
    <w:p w:rsidR="00B2608D" w:rsidRDefault="00BD56B8">
      <w:pPr>
        <w:rPr>
          <w:lang w:eastAsia="ja-JP"/>
        </w:rPr>
      </w:pPr>
      <w:r>
        <w:rPr>
          <w:lang w:eastAsia="ja-JP"/>
        </w:rPr>
        <w:t>注2　必要な能力を有する場合は、現地調査統括責任者と技術検討担当者を兼任することができます。</w:t>
      </w:r>
    </w:p>
    <w:p w:rsidR="00B2608D" w:rsidRDefault="00BD56B8" w:rsidP="00BD56B8">
      <w:pPr>
        <w:spacing w:after="200" w:line="276" w:lineRule="auto"/>
        <w:rPr>
          <w:lang w:eastAsia="ja-JP"/>
        </w:rPr>
      </w:pPr>
      <w:r>
        <w:rPr>
          <w:lang w:eastAsia="ja-JP"/>
        </w:rPr>
        <w:br w:type="page"/>
      </w:r>
    </w:p>
    <w:p w:rsidR="00B2608D" w:rsidRDefault="00BD56B8">
      <w:pPr>
        <w:spacing w:after="100"/>
      </w:pPr>
      <w:r>
        <w:lastRenderedPageBreak/>
        <w:t>様式第4号（3/3）</w:t>
      </w:r>
    </w:p>
    <w:p w:rsidR="00B2608D" w:rsidRDefault="00BD56B8">
      <w:pPr>
        <w:spacing w:after="160"/>
        <w:jc w:val="center"/>
      </w:pPr>
      <w:r>
        <w:rPr>
          <w:b/>
        </w:rPr>
        <w:t>業務実施体制書</w:t>
      </w:r>
    </w:p>
    <w:p w:rsidR="00B2608D" w:rsidRDefault="00BD56B8">
      <w:r>
        <w:t>5．1級電気工事施工管理技士資格者一覧</w:t>
      </w:r>
    </w:p>
    <w:tbl>
      <w:tblPr>
        <w:tblStyle w:val="afe"/>
        <w:tblW w:w="0" w:type="auto"/>
        <w:jc w:val="center"/>
        <w:tblLayout w:type="fixed"/>
        <w:tblLook w:val="04A0" w:firstRow="1" w:lastRow="0" w:firstColumn="1" w:lastColumn="0" w:noHBand="0" w:noVBand="1"/>
      </w:tblPr>
      <w:tblGrid>
        <w:gridCol w:w="567"/>
        <w:gridCol w:w="1417"/>
        <w:gridCol w:w="1814"/>
        <w:gridCol w:w="1701"/>
        <w:gridCol w:w="1417"/>
        <w:gridCol w:w="1417"/>
        <w:gridCol w:w="1304"/>
      </w:tblGrid>
      <w:tr w:rsidR="00B2608D">
        <w:trPr>
          <w:cantSplit/>
          <w:tblHeader/>
          <w:jc w:val="center"/>
        </w:trPr>
        <w:tc>
          <w:tcPr>
            <w:tcW w:w="567" w:type="dxa"/>
            <w:tcMar>
              <w:top w:w="80" w:type="dxa"/>
              <w:left w:w="100" w:type="dxa"/>
              <w:bottom w:w="80" w:type="dxa"/>
              <w:right w:w="100" w:type="dxa"/>
            </w:tcMar>
            <w:vAlign w:val="center"/>
          </w:tcPr>
          <w:p w:rsidR="00B2608D" w:rsidRDefault="00BD56B8">
            <w:pPr>
              <w:spacing w:after="0"/>
              <w:jc w:val="center"/>
            </w:pPr>
            <w:r>
              <w:rPr>
                <w:b/>
              </w:rPr>
              <w:t>No.</w:t>
            </w:r>
          </w:p>
        </w:tc>
        <w:tc>
          <w:tcPr>
            <w:tcW w:w="1417" w:type="dxa"/>
            <w:tcMar>
              <w:top w:w="80" w:type="dxa"/>
              <w:left w:w="100" w:type="dxa"/>
              <w:bottom w:w="80" w:type="dxa"/>
              <w:right w:w="100" w:type="dxa"/>
            </w:tcMar>
            <w:vAlign w:val="center"/>
          </w:tcPr>
          <w:p w:rsidR="00B2608D" w:rsidRDefault="00BD56B8">
            <w:pPr>
              <w:spacing w:after="0"/>
              <w:jc w:val="center"/>
            </w:pPr>
            <w:r>
              <w:rPr>
                <w:b/>
              </w:rPr>
              <w:t>氏名</w:t>
            </w:r>
          </w:p>
        </w:tc>
        <w:tc>
          <w:tcPr>
            <w:tcW w:w="1814" w:type="dxa"/>
            <w:tcMar>
              <w:top w:w="80" w:type="dxa"/>
              <w:left w:w="100" w:type="dxa"/>
              <w:bottom w:w="80" w:type="dxa"/>
              <w:right w:w="100" w:type="dxa"/>
            </w:tcMar>
            <w:vAlign w:val="center"/>
          </w:tcPr>
          <w:p w:rsidR="00B2608D" w:rsidRDefault="00BD56B8">
            <w:pPr>
              <w:spacing w:after="0"/>
              <w:jc w:val="center"/>
            </w:pPr>
            <w:r>
              <w:rPr>
                <w:b/>
              </w:rPr>
              <w:t>所属・役職</w:t>
            </w:r>
          </w:p>
        </w:tc>
        <w:tc>
          <w:tcPr>
            <w:tcW w:w="1701" w:type="dxa"/>
            <w:tcMar>
              <w:top w:w="80" w:type="dxa"/>
              <w:left w:w="100" w:type="dxa"/>
              <w:bottom w:w="80" w:type="dxa"/>
              <w:right w:w="100" w:type="dxa"/>
            </w:tcMar>
            <w:vAlign w:val="center"/>
          </w:tcPr>
          <w:p w:rsidR="00B2608D" w:rsidRPr="00A7132C" w:rsidRDefault="00BD56B8">
            <w:pPr>
              <w:spacing w:after="0"/>
              <w:jc w:val="center"/>
              <w:rPr>
                <w:b/>
              </w:rPr>
            </w:pPr>
            <w:r w:rsidRPr="00A7132C">
              <w:rPr>
                <w:b/>
              </w:rPr>
              <w:t>資格名</w:t>
            </w:r>
          </w:p>
        </w:tc>
        <w:tc>
          <w:tcPr>
            <w:tcW w:w="1417" w:type="dxa"/>
            <w:tcMar>
              <w:top w:w="80" w:type="dxa"/>
              <w:left w:w="100" w:type="dxa"/>
              <w:bottom w:w="80" w:type="dxa"/>
              <w:right w:w="100" w:type="dxa"/>
            </w:tcMar>
            <w:vAlign w:val="center"/>
          </w:tcPr>
          <w:p w:rsidR="00B2608D" w:rsidRDefault="00BD56B8">
            <w:pPr>
              <w:spacing w:after="0"/>
              <w:jc w:val="center"/>
            </w:pPr>
            <w:r>
              <w:rPr>
                <w:b/>
              </w:rPr>
              <w:t>取得年月日</w:t>
            </w:r>
          </w:p>
        </w:tc>
        <w:tc>
          <w:tcPr>
            <w:tcW w:w="1417" w:type="dxa"/>
            <w:tcMar>
              <w:top w:w="80" w:type="dxa"/>
              <w:left w:w="100" w:type="dxa"/>
              <w:bottom w:w="80" w:type="dxa"/>
              <w:right w:w="100" w:type="dxa"/>
            </w:tcMar>
            <w:vAlign w:val="center"/>
          </w:tcPr>
          <w:p w:rsidR="00B2608D" w:rsidRDefault="00BD56B8">
            <w:pPr>
              <w:spacing w:after="0"/>
              <w:jc w:val="center"/>
            </w:pPr>
            <w:r>
              <w:rPr>
                <w:b/>
              </w:rPr>
              <w:t>雇用開始日</w:t>
            </w:r>
          </w:p>
        </w:tc>
        <w:tc>
          <w:tcPr>
            <w:tcW w:w="1304" w:type="dxa"/>
            <w:tcMar>
              <w:top w:w="80" w:type="dxa"/>
              <w:left w:w="100" w:type="dxa"/>
              <w:bottom w:w="80" w:type="dxa"/>
              <w:right w:w="100" w:type="dxa"/>
            </w:tcMar>
            <w:vAlign w:val="center"/>
          </w:tcPr>
          <w:p w:rsidR="00B2608D" w:rsidRDefault="00BD56B8">
            <w:pPr>
              <w:spacing w:after="0"/>
              <w:jc w:val="center"/>
            </w:pPr>
            <w:r>
              <w:rPr>
                <w:b/>
              </w:rPr>
              <w:t>配置予定</w:t>
            </w:r>
          </w:p>
        </w:tc>
      </w:tr>
      <w:tr w:rsidR="00B2608D">
        <w:trPr>
          <w:cantSplit/>
          <w:jc w:val="center"/>
        </w:trPr>
        <w:tc>
          <w:tcPr>
            <w:tcW w:w="567" w:type="dxa"/>
            <w:tcMar>
              <w:top w:w="80" w:type="dxa"/>
              <w:left w:w="100" w:type="dxa"/>
              <w:bottom w:w="80" w:type="dxa"/>
              <w:right w:w="100" w:type="dxa"/>
            </w:tcMar>
            <w:vAlign w:val="center"/>
          </w:tcPr>
          <w:p w:rsidR="00B2608D" w:rsidRDefault="00BD56B8">
            <w:pPr>
              <w:spacing w:after="0"/>
              <w:jc w:val="center"/>
            </w:pPr>
            <w:r>
              <w:rPr>
                <w:b/>
              </w:rPr>
              <w:t>1</w:t>
            </w:r>
          </w:p>
        </w:tc>
        <w:tc>
          <w:tcPr>
            <w:tcW w:w="1417" w:type="dxa"/>
            <w:tcMar>
              <w:top w:w="80" w:type="dxa"/>
              <w:left w:w="100" w:type="dxa"/>
              <w:bottom w:w="80" w:type="dxa"/>
              <w:right w:w="100" w:type="dxa"/>
            </w:tcMar>
            <w:vAlign w:val="center"/>
          </w:tcPr>
          <w:p w:rsidR="00B2608D" w:rsidRDefault="00B2608D">
            <w:pPr>
              <w:spacing w:after="0"/>
              <w:jc w:val="center"/>
            </w:pPr>
          </w:p>
        </w:tc>
        <w:tc>
          <w:tcPr>
            <w:tcW w:w="1814" w:type="dxa"/>
            <w:tcMar>
              <w:top w:w="80" w:type="dxa"/>
              <w:left w:w="100" w:type="dxa"/>
              <w:bottom w:w="80" w:type="dxa"/>
              <w:right w:w="100" w:type="dxa"/>
            </w:tcMar>
            <w:vAlign w:val="center"/>
          </w:tcPr>
          <w:p w:rsidR="00B2608D" w:rsidRDefault="00B2608D">
            <w:pPr>
              <w:spacing w:after="0"/>
              <w:jc w:val="center"/>
            </w:pPr>
          </w:p>
        </w:tc>
        <w:tc>
          <w:tcPr>
            <w:tcW w:w="1701" w:type="dxa"/>
            <w:tcMar>
              <w:top w:w="80" w:type="dxa"/>
              <w:left w:w="100" w:type="dxa"/>
              <w:bottom w:w="80" w:type="dxa"/>
              <w:right w:w="100" w:type="dxa"/>
            </w:tcMar>
            <w:vAlign w:val="center"/>
          </w:tcPr>
          <w:p w:rsidR="00B2608D" w:rsidRDefault="00B2608D">
            <w:pPr>
              <w:spacing w:after="0"/>
              <w:jc w:val="center"/>
            </w:pPr>
          </w:p>
        </w:tc>
        <w:tc>
          <w:tcPr>
            <w:tcW w:w="1417" w:type="dxa"/>
            <w:tcMar>
              <w:top w:w="80" w:type="dxa"/>
              <w:left w:w="100" w:type="dxa"/>
              <w:bottom w:w="80" w:type="dxa"/>
              <w:right w:w="100" w:type="dxa"/>
            </w:tcMar>
            <w:vAlign w:val="center"/>
          </w:tcPr>
          <w:p w:rsidR="00B2608D" w:rsidRDefault="00B2608D">
            <w:pPr>
              <w:spacing w:after="0"/>
              <w:jc w:val="center"/>
            </w:pPr>
          </w:p>
        </w:tc>
        <w:tc>
          <w:tcPr>
            <w:tcW w:w="1417" w:type="dxa"/>
            <w:tcMar>
              <w:top w:w="80" w:type="dxa"/>
              <w:left w:w="100" w:type="dxa"/>
              <w:bottom w:w="80" w:type="dxa"/>
              <w:right w:w="100" w:type="dxa"/>
            </w:tcMar>
            <w:vAlign w:val="center"/>
          </w:tcPr>
          <w:p w:rsidR="00B2608D" w:rsidRDefault="00B2608D">
            <w:pPr>
              <w:spacing w:after="0"/>
              <w:jc w:val="center"/>
            </w:pPr>
          </w:p>
        </w:tc>
        <w:tc>
          <w:tcPr>
            <w:tcW w:w="1304" w:type="dxa"/>
            <w:tcMar>
              <w:top w:w="80" w:type="dxa"/>
              <w:left w:w="100" w:type="dxa"/>
              <w:bottom w:w="80" w:type="dxa"/>
              <w:right w:w="100" w:type="dxa"/>
            </w:tcMar>
            <w:vAlign w:val="center"/>
          </w:tcPr>
          <w:p w:rsidR="00B2608D" w:rsidRDefault="00BD56B8">
            <w:pPr>
              <w:spacing w:after="0"/>
              <w:jc w:val="center"/>
            </w:pPr>
            <w:r>
              <w:t>□</w:t>
            </w:r>
          </w:p>
        </w:tc>
      </w:tr>
      <w:tr w:rsidR="00B2608D">
        <w:trPr>
          <w:cantSplit/>
          <w:jc w:val="center"/>
        </w:trPr>
        <w:tc>
          <w:tcPr>
            <w:tcW w:w="567" w:type="dxa"/>
            <w:tcMar>
              <w:top w:w="80" w:type="dxa"/>
              <w:left w:w="100" w:type="dxa"/>
              <w:bottom w:w="80" w:type="dxa"/>
              <w:right w:w="100" w:type="dxa"/>
            </w:tcMar>
            <w:vAlign w:val="center"/>
          </w:tcPr>
          <w:p w:rsidR="00B2608D" w:rsidRDefault="00BD56B8">
            <w:pPr>
              <w:spacing w:after="0"/>
              <w:jc w:val="center"/>
            </w:pPr>
            <w:r>
              <w:rPr>
                <w:b/>
              </w:rPr>
              <w:t>2</w:t>
            </w:r>
          </w:p>
        </w:tc>
        <w:tc>
          <w:tcPr>
            <w:tcW w:w="1417" w:type="dxa"/>
            <w:tcMar>
              <w:top w:w="80" w:type="dxa"/>
              <w:left w:w="100" w:type="dxa"/>
              <w:bottom w:w="80" w:type="dxa"/>
              <w:right w:w="100" w:type="dxa"/>
            </w:tcMar>
            <w:vAlign w:val="center"/>
          </w:tcPr>
          <w:p w:rsidR="00B2608D" w:rsidRDefault="00B2608D">
            <w:pPr>
              <w:spacing w:after="0"/>
              <w:jc w:val="center"/>
            </w:pPr>
          </w:p>
        </w:tc>
        <w:tc>
          <w:tcPr>
            <w:tcW w:w="1814" w:type="dxa"/>
            <w:tcMar>
              <w:top w:w="80" w:type="dxa"/>
              <w:left w:w="100" w:type="dxa"/>
              <w:bottom w:w="80" w:type="dxa"/>
              <w:right w:w="100" w:type="dxa"/>
            </w:tcMar>
            <w:vAlign w:val="center"/>
          </w:tcPr>
          <w:p w:rsidR="00B2608D" w:rsidRDefault="00B2608D">
            <w:pPr>
              <w:spacing w:after="0"/>
              <w:jc w:val="center"/>
            </w:pPr>
          </w:p>
        </w:tc>
        <w:tc>
          <w:tcPr>
            <w:tcW w:w="1701" w:type="dxa"/>
            <w:tcMar>
              <w:top w:w="80" w:type="dxa"/>
              <w:left w:w="100" w:type="dxa"/>
              <w:bottom w:w="80" w:type="dxa"/>
              <w:right w:w="100" w:type="dxa"/>
            </w:tcMar>
            <w:vAlign w:val="center"/>
          </w:tcPr>
          <w:p w:rsidR="00B2608D" w:rsidRDefault="00B2608D">
            <w:pPr>
              <w:spacing w:after="0"/>
              <w:jc w:val="center"/>
            </w:pPr>
          </w:p>
        </w:tc>
        <w:tc>
          <w:tcPr>
            <w:tcW w:w="1417" w:type="dxa"/>
            <w:tcMar>
              <w:top w:w="80" w:type="dxa"/>
              <w:left w:w="100" w:type="dxa"/>
              <w:bottom w:w="80" w:type="dxa"/>
              <w:right w:w="100" w:type="dxa"/>
            </w:tcMar>
            <w:vAlign w:val="center"/>
          </w:tcPr>
          <w:p w:rsidR="00B2608D" w:rsidRDefault="00B2608D">
            <w:pPr>
              <w:spacing w:after="0"/>
              <w:jc w:val="center"/>
            </w:pPr>
          </w:p>
        </w:tc>
        <w:tc>
          <w:tcPr>
            <w:tcW w:w="1417" w:type="dxa"/>
            <w:tcMar>
              <w:top w:w="80" w:type="dxa"/>
              <w:left w:w="100" w:type="dxa"/>
              <w:bottom w:w="80" w:type="dxa"/>
              <w:right w:w="100" w:type="dxa"/>
            </w:tcMar>
            <w:vAlign w:val="center"/>
          </w:tcPr>
          <w:p w:rsidR="00B2608D" w:rsidRDefault="00B2608D">
            <w:pPr>
              <w:spacing w:after="0"/>
              <w:jc w:val="center"/>
            </w:pPr>
          </w:p>
        </w:tc>
        <w:tc>
          <w:tcPr>
            <w:tcW w:w="1304" w:type="dxa"/>
            <w:tcMar>
              <w:top w:w="80" w:type="dxa"/>
              <w:left w:w="100" w:type="dxa"/>
              <w:bottom w:w="80" w:type="dxa"/>
              <w:right w:w="100" w:type="dxa"/>
            </w:tcMar>
            <w:vAlign w:val="center"/>
          </w:tcPr>
          <w:p w:rsidR="00B2608D" w:rsidRDefault="00BD56B8">
            <w:pPr>
              <w:spacing w:after="0"/>
              <w:jc w:val="center"/>
            </w:pPr>
            <w:r>
              <w:t>□</w:t>
            </w:r>
          </w:p>
        </w:tc>
      </w:tr>
      <w:tr w:rsidR="00B2608D">
        <w:trPr>
          <w:cantSplit/>
          <w:jc w:val="center"/>
        </w:trPr>
        <w:tc>
          <w:tcPr>
            <w:tcW w:w="567" w:type="dxa"/>
            <w:tcMar>
              <w:top w:w="80" w:type="dxa"/>
              <w:left w:w="100" w:type="dxa"/>
              <w:bottom w:w="80" w:type="dxa"/>
              <w:right w:w="100" w:type="dxa"/>
            </w:tcMar>
            <w:vAlign w:val="center"/>
          </w:tcPr>
          <w:p w:rsidR="00B2608D" w:rsidRDefault="00BD56B8">
            <w:pPr>
              <w:spacing w:after="0"/>
              <w:jc w:val="center"/>
            </w:pPr>
            <w:r>
              <w:rPr>
                <w:b/>
              </w:rPr>
              <w:t>3</w:t>
            </w:r>
          </w:p>
        </w:tc>
        <w:tc>
          <w:tcPr>
            <w:tcW w:w="1417" w:type="dxa"/>
            <w:tcMar>
              <w:top w:w="80" w:type="dxa"/>
              <w:left w:w="100" w:type="dxa"/>
              <w:bottom w:w="80" w:type="dxa"/>
              <w:right w:w="100" w:type="dxa"/>
            </w:tcMar>
            <w:vAlign w:val="center"/>
          </w:tcPr>
          <w:p w:rsidR="00B2608D" w:rsidRDefault="00B2608D">
            <w:pPr>
              <w:spacing w:after="0"/>
              <w:jc w:val="center"/>
            </w:pPr>
          </w:p>
        </w:tc>
        <w:tc>
          <w:tcPr>
            <w:tcW w:w="1814" w:type="dxa"/>
            <w:tcMar>
              <w:top w:w="80" w:type="dxa"/>
              <w:left w:w="100" w:type="dxa"/>
              <w:bottom w:w="80" w:type="dxa"/>
              <w:right w:w="100" w:type="dxa"/>
            </w:tcMar>
            <w:vAlign w:val="center"/>
          </w:tcPr>
          <w:p w:rsidR="00B2608D" w:rsidRDefault="00B2608D">
            <w:pPr>
              <w:spacing w:after="0"/>
              <w:jc w:val="center"/>
            </w:pPr>
          </w:p>
        </w:tc>
        <w:tc>
          <w:tcPr>
            <w:tcW w:w="1701" w:type="dxa"/>
            <w:tcMar>
              <w:top w:w="80" w:type="dxa"/>
              <w:left w:w="100" w:type="dxa"/>
              <w:bottom w:w="80" w:type="dxa"/>
              <w:right w:w="100" w:type="dxa"/>
            </w:tcMar>
            <w:vAlign w:val="center"/>
          </w:tcPr>
          <w:p w:rsidR="00B2608D" w:rsidRDefault="00B2608D">
            <w:pPr>
              <w:spacing w:after="0"/>
              <w:jc w:val="center"/>
            </w:pPr>
          </w:p>
        </w:tc>
        <w:tc>
          <w:tcPr>
            <w:tcW w:w="1417" w:type="dxa"/>
            <w:tcMar>
              <w:top w:w="80" w:type="dxa"/>
              <w:left w:w="100" w:type="dxa"/>
              <w:bottom w:w="80" w:type="dxa"/>
              <w:right w:w="100" w:type="dxa"/>
            </w:tcMar>
            <w:vAlign w:val="center"/>
          </w:tcPr>
          <w:p w:rsidR="00B2608D" w:rsidRDefault="00B2608D">
            <w:pPr>
              <w:spacing w:after="0"/>
              <w:jc w:val="center"/>
            </w:pPr>
          </w:p>
        </w:tc>
        <w:tc>
          <w:tcPr>
            <w:tcW w:w="1417" w:type="dxa"/>
            <w:tcMar>
              <w:top w:w="80" w:type="dxa"/>
              <w:left w:w="100" w:type="dxa"/>
              <w:bottom w:w="80" w:type="dxa"/>
              <w:right w:w="100" w:type="dxa"/>
            </w:tcMar>
            <w:vAlign w:val="center"/>
          </w:tcPr>
          <w:p w:rsidR="00B2608D" w:rsidRDefault="00B2608D">
            <w:pPr>
              <w:spacing w:after="0"/>
              <w:jc w:val="center"/>
            </w:pPr>
          </w:p>
        </w:tc>
        <w:tc>
          <w:tcPr>
            <w:tcW w:w="1304" w:type="dxa"/>
            <w:tcMar>
              <w:top w:w="80" w:type="dxa"/>
              <w:left w:w="100" w:type="dxa"/>
              <w:bottom w:w="80" w:type="dxa"/>
              <w:right w:w="100" w:type="dxa"/>
            </w:tcMar>
            <w:vAlign w:val="center"/>
          </w:tcPr>
          <w:p w:rsidR="00B2608D" w:rsidRDefault="00BD56B8">
            <w:pPr>
              <w:spacing w:after="0"/>
              <w:jc w:val="center"/>
            </w:pPr>
            <w:r>
              <w:t>□</w:t>
            </w:r>
          </w:p>
        </w:tc>
      </w:tr>
      <w:tr w:rsidR="00B2608D">
        <w:trPr>
          <w:cantSplit/>
          <w:jc w:val="center"/>
        </w:trPr>
        <w:tc>
          <w:tcPr>
            <w:tcW w:w="567" w:type="dxa"/>
            <w:tcMar>
              <w:top w:w="80" w:type="dxa"/>
              <w:left w:w="100" w:type="dxa"/>
              <w:bottom w:w="80" w:type="dxa"/>
              <w:right w:w="100" w:type="dxa"/>
            </w:tcMar>
            <w:vAlign w:val="center"/>
          </w:tcPr>
          <w:p w:rsidR="00B2608D" w:rsidRDefault="00BD56B8">
            <w:pPr>
              <w:spacing w:after="0"/>
              <w:jc w:val="center"/>
            </w:pPr>
            <w:r>
              <w:rPr>
                <w:b/>
              </w:rPr>
              <w:t>4</w:t>
            </w:r>
          </w:p>
        </w:tc>
        <w:tc>
          <w:tcPr>
            <w:tcW w:w="1417" w:type="dxa"/>
            <w:tcMar>
              <w:top w:w="80" w:type="dxa"/>
              <w:left w:w="100" w:type="dxa"/>
              <w:bottom w:w="80" w:type="dxa"/>
              <w:right w:w="100" w:type="dxa"/>
            </w:tcMar>
            <w:vAlign w:val="center"/>
          </w:tcPr>
          <w:p w:rsidR="00B2608D" w:rsidRDefault="00B2608D">
            <w:pPr>
              <w:spacing w:after="0"/>
              <w:jc w:val="center"/>
            </w:pPr>
          </w:p>
        </w:tc>
        <w:tc>
          <w:tcPr>
            <w:tcW w:w="1814" w:type="dxa"/>
            <w:tcMar>
              <w:top w:w="80" w:type="dxa"/>
              <w:left w:w="100" w:type="dxa"/>
              <w:bottom w:w="80" w:type="dxa"/>
              <w:right w:w="100" w:type="dxa"/>
            </w:tcMar>
            <w:vAlign w:val="center"/>
          </w:tcPr>
          <w:p w:rsidR="00B2608D" w:rsidRDefault="00B2608D">
            <w:pPr>
              <w:spacing w:after="0"/>
              <w:jc w:val="center"/>
            </w:pPr>
          </w:p>
        </w:tc>
        <w:tc>
          <w:tcPr>
            <w:tcW w:w="1701" w:type="dxa"/>
            <w:tcMar>
              <w:top w:w="80" w:type="dxa"/>
              <w:left w:w="100" w:type="dxa"/>
              <w:bottom w:w="80" w:type="dxa"/>
              <w:right w:w="100" w:type="dxa"/>
            </w:tcMar>
            <w:vAlign w:val="center"/>
          </w:tcPr>
          <w:p w:rsidR="00B2608D" w:rsidRDefault="00B2608D">
            <w:pPr>
              <w:spacing w:after="0"/>
              <w:jc w:val="center"/>
            </w:pPr>
          </w:p>
        </w:tc>
        <w:tc>
          <w:tcPr>
            <w:tcW w:w="1417" w:type="dxa"/>
            <w:tcMar>
              <w:top w:w="80" w:type="dxa"/>
              <w:left w:w="100" w:type="dxa"/>
              <w:bottom w:w="80" w:type="dxa"/>
              <w:right w:w="100" w:type="dxa"/>
            </w:tcMar>
            <w:vAlign w:val="center"/>
          </w:tcPr>
          <w:p w:rsidR="00B2608D" w:rsidRDefault="00B2608D">
            <w:pPr>
              <w:spacing w:after="0"/>
              <w:jc w:val="center"/>
            </w:pPr>
          </w:p>
        </w:tc>
        <w:tc>
          <w:tcPr>
            <w:tcW w:w="1417" w:type="dxa"/>
            <w:tcMar>
              <w:top w:w="80" w:type="dxa"/>
              <w:left w:w="100" w:type="dxa"/>
              <w:bottom w:w="80" w:type="dxa"/>
              <w:right w:w="100" w:type="dxa"/>
            </w:tcMar>
            <w:vAlign w:val="center"/>
          </w:tcPr>
          <w:p w:rsidR="00B2608D" w:rsidRDefault="00B2608D">
            <w:pPr>
              <w:spacing w:after="0"/>
              <w:jc w:val="center"/>
            </w:pPr>
          </w:p>
        </w:tc>
        <w:tc>
          <w:tcPr>
            <w:tcW w:w="1304" w:type="dxa"/>
            <w:tcMar>
              <w:top w:w="80" w:type="dxa"/>
              <w:left w:w="100" w:type="dxa"/>
              <w:bottom w:w="80" w:type="dxa"/>
              <w:right w:w="100" w:type="dxa"/>
            </w:tcMar>
            <w:vAlign w:val="center"/>
          </w:tcPr>
          <w:p w:rsidR="00B2608D" w:rsidRDefault="00BD56B8">
            <w:pPr>
              <w:spacing w:after="0"/>
              <w:jc w:val="center"/>
            </w:pPr>
            <w:r>
              <w:t>□</w:t>
            </w:r>
          </w:p>
        </w:tc>
      </w:tr>
      <w:tr w:rsidR="00B2608D">
        <w:trPr>
          <w:cantSplit/>
          <w:jc w:val="center"/>
        </w:trPr>
        <w:tc>
          <w:tcPr>
            <w:tcW w:w="567" w:type="dxa"/>
            <w:tcMar>
              <w:top w:w="80" w:type="dxa"/>
              <w:left w:w="100" w:type="dxa"/>
              <w:bottom w:w="80" w:type="dxa"/>
              <w:right w:w="100" w:type="dxa"/>
            </w:tcMar>
            <w:vAlign w:val="center"/>
          </w:tcPr>
          <w:p w:rsidR="00B2608D" w:rsidRDefault="00BD56B8">
            <w:pPr>
              <w:spacing w:after="0"/>
              <w:jc w:val="center"/>
            </w:pPr>
            <w:r>
              <w:rPr>
                <w:b/>
              </w:rPr>
              <w:t>5</w:t>
            </w:r>
          </w:p>
        </w:tc>
        <w:tc>
          <w:tcPr>
            <w:tcW w:w="1417" w:type="dxa"/>
            <w:tcMar>
              <w:top w:w="80" w:type="dxa"/>
              <w:left w:w="100" w:type="dxa"/>
              <w:bottom w:w="80" w:type="dxa"/>
              <w:right w:w="100" w:type="dxa"/>
            </w:tcMar>
            <w:vAlign w:val="center"/>
          </w:tcPr>
          <w:p w:rsidR="00B2608D" w:rsidRDefault="00B2608D">
            <w:pPr>
              <w:spacing w:after="0"/>
              <w:jc w:val="center"/>
            </w:pPr>
          </w:p>
        </w:tc>
        <w:tc>
          <w:tcPr>
            <w:tcW w:w="1814" w:type="dxa"/>
            <w:tcMar>
              <w:top w:w="80" w:type="dxa"/>
              <w:left w:w="100" w:type="dxa"/>
              <w:bottom w:w="80" w:type="dxa"/>
              <w:right w:w="100" w:type="dxa"/>
            </w:tcMar>
            <w:vAlign w:val="center"/>
          </w:tcPr>
          <w:p w:rsidR="00B2608D" w:rsidRDefault="00B2608D">
            <w:pPr>
              <w:spacing w:after="0"/>
              <w:jc w:val="center"/>
            </w:pPr>
          </w:p>
        </w:tc>
        <w:tc>
          <w:tcPr>
            <w:tcW w:w="1701" w:type="dxa"/>
            <w:tcMar>
              <w:top w:w="80" w:type="dxa"/>
              <w:left w:w="100" w:type="dxa"/>
              <w:bottom w:w="80" w:type="dxa"/>
              <w:right w:w="100" w:type="dxa"/>
            </w:tcMar>
            <w:vAlign w:val="center"/>
          </w:tcPr>
          <w:p w:rsidR="00B2608D" w:rsidRDefault="00B2608D">
            <w:pPr>
              <w:spacing w:after="0"/>
              <w:jc w:val="center"/>
            </w:pPr>
          </w:p>
        </w:tc>
        <w:tc>
          <w:tcPr>
            <w:tcW w:w="1417" w:type="dxa"/>
            <w:tcMar>
              <w:top w:w="80" w:type="dxa"/>
              <w:left w:w="100" w:type="dxa"/>
              <w:bottom w:w="80" w:type="dxa"/>
              <w:right w:w="100" w:type="dxa"/>
            </w:tcMar>
            <w:vAlign w:val="center"/>
          </w:tcPr>
          <w:p w:rsidR="00B2608D" w:rsidRDefault="00B2608D">
            <w:pPr>
              <w:spacing w:after="0"/>
              <w:jc w:val="center"/>
            </w:pPr>
          </w:p>
        </w:tc>
        <w:tc>
          <w:tcPr>
            <w:tcW w:w="1417" w:type="dxa"/>
            <w:tcMar>
              <w:top w:w="80" w:type="dxa"/>
              <w:left w:w="100" w:type="dxa"/>
              <w:bottom w:w="80" w:type="dxa"/>
              <w:right w:w="100" w:type="dxa"/>
            </w:tcMar>
            <w:vAlign w:val="center"/>
          </w:tcPr>
          <w:p w:rsidR="00B2608D" w:rsidRDefault="00B2608D">
            <w:pPr>
              <w:spacing w:after="0"/>
              <w:jc w:val="center"/>
            </w:pPr>
          </w:p>
        </w:tc>
        <w:tc>
          <w:tcPr>
            <w:tcW w:w="1304" w:type="dxa"/>
            <w:tcMar>
              <w:top w:w="80" w:type="dxa"/>
              <w:left w:w="100" w:type="dxa"/>
              <w:bottom w:w="80" w:type="dxa"/>
              <w:right w:w="100" w:type="dxa"/>
            </w:tcMar>
            <w:vAlign w:val="center"/>
          </w:tcPr>
          <w:p w:rsidR="00B2608D" w:rsidRDefault="00BD56B8">
            <w:pPr>
              <w:spacing w:after="0"/>
              <w:jc w:val="center"/>
            </w:pPr>
            <w:r>
              <w:t>□</w:t>
            </w:r>
          </w:p>
        </w:tc>
      </w:tr>
    </w:tbl>
    <w:p w:rsidR="00B2608D" w:rsidRDefault="00B2608D">
      <w:pPr>
        <w:spacing w:after="0"/>
      </w:pPr>
    </w:p>
    <w:p w:rsidR="00B2608D" w:rsidRDefault="00BD56B8">
      <w:pPr>
        <w:rPr>
          <w:lang w:eastAsia="ja-JP"/>
        </w:rPr>
      </w:pPr>
      <w:r>
        <w:rPr>
          <w:lang w:eastAsia="ja-JP"/>
        </w:rPr>
        <w:t>注1　3名以上を記載し、資格者証等の写し及び直接的かつ恒常的な雇用関係を確認できる資料を添付してください。直接雇用者数は、5名以上5点、4名3点、3名1点として評価します。</w:t>
      </w:r>
    </w:p>
    <w:p w:rsidR="00B2608D" w:rsidRDefault="00BD56B8">
      <w:pPr>
        <w:rPr>
          <w:lang w:eastAsia="ja-JP"/>
        </w:rPr>
      </w:pPr>
      <w:r>
        <w:rPr>
          <w:lang w:eastAsia="ja-JP"/>
        </w:rPr>
        <w:t>注2　現地調査統括責任者又は技術検討担当者として配置する者は、配置予定欄にチェックしてください。</w:t>
      </w:r>
    </w:p>
    <w:p w:rsidR="00BD56B8" w:rsidRDefault="00BD56B8">
      <w:pPr>
        <w:rPr>
          <w:lang w:eastAsia="ja-JP"/>
        </w:rPr>
      </w:pPr>
    </w:p>
    <w:p w:rsidR="00B2608D" w:rsidRDefault="00BD56B8">
      <w:pPr>
        <w:rPr>
          <w:lang w:eastAsia="ja-JP"/>
        </w:rPr>
      </w:pPr>
      <w:r>
        <w:rPr>
          <w:lang w:eastAsia="ja-JP"/>
        </w:rPr>
        <w:t>6．成果品の作成・照査体制</w:t>
      </w:r>
    </w:p>
    <w:tbl>
      <w:tblPr>
        <w:tblStyle w:val="afe"/>
        <w:tblW w:w="0" w:type="auto"/>
        <w:jc w:val="center"/>
        <w:tblLayout w:type="fixed"/>
        <w:tblLook w:val="04A0" w:firstRow="1" w:lastRow="0" w:firstColumn="1" w:lastColumn="0" w:noHBand="0" w:noVBand="1"/>
      </w:tblPr>
      <w:tblGrid>
        <w:gridCol w:w="1984"/>
        <w:gridCol w:w="3118"/>
        <w:gridCol w:w="4535"/>
      </w:tblGrid>
      <w:tr w:rsidR="00B2608D">
        <w:trPr>
          <w:cantSplit/>
          <w:tblHeader/>
          <w:jc w:val="center"/>
        </w:trPr>
        <w:tc>
          <w:tcPr>
            <w:tcW w:w="1984" w:type="dxa"/>
            <w:tcMar>
              <w:top w:w="80" w:type="dxa"/>
              <w:left w:w="100" w:type="dxa"/>
              <w:bottom w:w="80" w:type="dxa"/>
              <w:right w:w="100" w:type="dxa"/>
            </w:tcMar>
            <w:vAlign w:val="center"/>
          </w:tcPr>
          <w:p w:rsidR="00B2608D" w:rsidRDefault="00BD56B8">
            <w:pPr>
              <w:spacing w:after="0"/>
              <w:jc w:val="center"/>
            </w:pPr>
            <w:proofErr w:type="spellStart"/>
            <w:r>
              <w:rPr>
                <w:b/>
              </w:rPr>
              <w:t>区分</w:t>
            </w:r>
            <w:proofErr w:type="spellEnd"/>
          </w:p>
        </w:tc>
        <w:tc>
          <w:tcPr>
            <w:tcW w:w="3118" w:type="dxa"/>
            <w:tcMar>
              <w:top w:w="80" w:type="dxa"/>
              <w:left w:w="100" w:type="dxa"/>
              <w:bottom w:w="80" w:type="dxa"/>
              <w:right w:w="100" w:type="dxa"/>
            </w:tcMar>
            <w:vAlign w:val="center"/>
          </w:tcPr>
          <w:p w:rsidR="00B2608D" w:rsidRDefault="00BD56B8" w:rsidP="00A7132C">
            <w:pPr>
              <w:spacing w:after="0"/>
              <w:jc w:val="center"/>
            </w:pPr>
            <w:r>
              <w:rPr>
                <w:b/>
              </w:rPr>
              <w:t>氏名・所属・役職</w:t>
            </w:r>
          </w:p>
        </w:tc>
        <w:tc>
          <w:tcPr>
            <w:tcW w:w="4535" w:type="dxa"/>
            <w:tcMar>
              <w:top w:w="80" w:type="dxa"/>
              <w:left w:w="100" w:type="dxa"/>
              <w:bottom w:w="80" w:type="dxa"/>
              <w:right w:w="100" w:type="dxa"/>
            </w:tcMar>
            <w:vAlign w:val="center"/>
          </w:tcPr>
          <w:p w:rsidR="00B2608D" w:rsidRDefault="00BD56B8" w:rsidP="00A7132C">
            <w:pPr>
              <w:spacing w:after="0"/>
              <w:jc w:val="center"/>
            </w:pPr>
            <w:r>
              <w:rPr>
                <w:b/>
              </w:rPr>
              <w:t>担当内容</w:t>
            </w:r>
          </w:p>
        </w:tc>
      </w:tr>
      <w:tr w:rsidR="00B2608D">
        <w:trPr>
          <w:cantSplit/>
          <w:jc w:val="center"/>
        </w:trPr>
        <w:tc>
          <w:tcPr>
            <w:tcW w:w="1984" w:type="dxa"/>
            <w:tcMar>
              <w:top w:w="80" w:type="dxa"/>
              <w:left w:w="100" w:type="dxa"/>
              <w:bottom w:w="80" w:type="dxa"/>
              <w:right w:w="100" w:type="dxa"/>
            </w:tcMar>
            <w:vAlign w:val="center"/>
          </w:tcPr>
          <w:p w:rsidR="00B2608D" w:rsidRDefault="00BD56B8">
            <w:pPr>
              <w:spacing w:after="0"/>
              <w:jc w:val="center"/>
            </w:pPr>
            <w:r>
              <w:rPr>
                <w:b/>
              </w:rPr>
              <w:t>成果品作成者</w:t>
            </w:r>
          </w:p>
        </w:tc>
        <w:tc>
          <w:tcPr>
            <w:tcW w:w="3118" w:type="dxa"/>
            <w:tcMar>
              <w:top w:w="80" w:type="dxa"/>
              <w:left w:w="100" w:type="dxa"/>
              <w:bottom w:w="80" w:type="dxa"/>
              <w:right w:w="100" w:type="dxa"/>
            </w:tcMar>
            <w:vAlign w:val="center"/>
          </w:tcPr>
          <w:p w:rsidR="00B2608D" w:rsidRDefault="00B2608D">
            <w:pPr>
              <w:spacing w:after="0"/>
            </w:pPr>
          </w:p>
        </w:tc>
        <w:tc>
          <w:tcPr>
            <w:tcW w:w="4535" w:type="dxa"/>
            <w:tcMar>
              <w:top w:w="80" w:type="dxa"/>
              <w:left w:w="100" w:type="dxa"/>
              <w:bottom w:w="80" w:type="dxa"/>
              <w:right w:w="100" w:type="dxa"/>
            </w:tcMar>
            <w:vAlign w:val="center"/>
          </w:tcPr>
          <w:p w:rsidR="00B2608D" w:rsidRDefault="00B2608D">
            <w:pPr>
              <w:spacing w:after="0"/>
            </w:pPr>
          </w:p>
        </w:tc>
      </w:tr>
      <w:tr w:rsidR="00B2608D">
        <w:trPr>
          <w:cantSplit/>
          <w:jc w:val="center"/>
        </w:trPr>
        <w:tc>
          <w:tcPr>
            <w:tcW w:w="1984" w:type="dxa"/>
            <w:tcMar>
              <w:top w:w="80" w:type="dxa"/>
              <w:left w:w="100" w:type="dxa"/>
              <w:bottom w:w="80" w:type="dxa"/>
              <w:right w:w="100" w:type="dxa"/>
            </w:tcMar>
            <w:vAlign w:val="center"/>
          </w:tcPr>
          <w:p w:rsidR="00B2608D" w:rsidRDefault="00BD56B8">
            <w:pPr>
              <w:spacing w:after="0"/>
              <w:jc w:val="center"/>
            </w:pPr>
            <w:r>
              <w:rPr>
                <w:b/>
              </w:rPr>
              <w:t>照査者</w:t>
            </w:r>
          </w:p>
        </w:tc>
        <w:tc>
          <w:tcPr>
            <w:tcW w:w="3118" w:type="dxa"/>
            <w:tcMar>
              <w:top w:w="80" w:type="dxa"/>
              <w:left w:w="100" w:type="dxa"/>
              <w:bottom w:w="80" w:type="dxa"/>
              <w:right w:w="100" w:type="dxa"/>
            </w:tcMar>
            <w:vAlign w:val="center"/>
          </w:tcPr>
          <w:p w:rsidR="00B2608D" w:rsidRDefault="00B2608D">
            <w:pPr>
              <w:spacing w:after="0"/>
            </w:pPr>
          </w:p>
        </w:tc>
        <w:tc>
          <w:tcPr>
            <w:tcW w:w="4535" w:type="dxa"/>
            <w:tcMar>
              <w:top w:w="80" w:type="dxa"/>
              <w:left w:w="100" w:type="dxa"/>
              <w:bottom w:w="80" w:type="dxa"/>
              <w:right w:w="100" w:type="dxa"/>
            </w:tcMar>
            <w:vAlign w:val="center"/>
          </w:tcPr>
          <w:p w:rsidR="00B2608D" w:rsidRDefault="00B2608D">
            <w:pPr>
              <w:spacing w:after="0"/>
            </w:pPr>
          </w:p>
        </w:tc>
      </w:tr>
      <w:tr w:rsidR="00B2608D">
        <w:trPr>
          <w:cantSplit/>
          <w:jc w:val="center"/>
        </w:trPr>
        <w:tc>
          <w:tcPr>
            <w:tcW w:w="1984" w:type="dxa"/>
            <w:tcMar>
              <w:top w:w="80" w:type="dxa"/>
              <w:left w:w="100" w:type="dxa"/>
              <w:bottom w:w="80" w:type="dxa"/>
              <w:right w:w="100" w:type="dxa"/>
            </w:tcMar>
            <w:vAlign w:val="center"/>
          </w:tcPr>
          <w:p w:rsidR="00B2608D" w:rsidRDefault="00BD56B8">
            <w:pPr>
              <w:spacing w:after="0"/>
              <w:jc w:val="center"/>
            </w:pPr>
            <w:r>
              <w:rPr>
                <w:b/>
              </w:rPr>
              <w:t>照査方法</w:t>
            </w:r>
          </w:p>
        </w:tc>
        <w:tc>
          <w:tcPr>
            <w:tcW w:w="3118" w:type="dxa"/>
            <w:tcMar>
              <w:top w:w="80" w:type="dxa"/>
              <w:left w:w="100" w:type="dxa"/>
              <w:bottom w:w="80" w:type="dxa"/>
              <w:right w:w="100" w:type="dxa"/>
            </w:tcMar>
            <w:vAlign w:val="center"/>
          </w:tcPr>
          <w:p w:rsidR="00B2608D" w:rsidRDefault="00B2608D">
            <w:pPr>
              <w:spacing w:after="0"/>
            </w:pPr>
          </w:p>
        </w:tc>
        <w:tc>
          <w:tcPr>
            <w:tcW w:w="4535" w:type="dxa"/>
            <w:tcMar>
              <w:top w:w="80" w:type="dxa"/>
              <w:left w:w="100" w:type="dxa"/>
              <w:bottom w:w="80" w:type="dxa"/>
              <w:right w:w="100" w:type="dxa"/>
            </w:tcMar>
            <w:vAlign w:val="center"/>
          </w:tcPr>
          <w:p w:rsidR="00B2608D" w:rsidRDefault="00BD56B8">
            <w:pPr>
              <w:spacing w:after="0"/>
              <w:rPr>
                <w:lang w:eastAsia="ja-JP"/>
              </w:rPr>
            </w:pPr>
            <w:r>
              <w:rPr>
                <w:lang w:eastAsia="ja-JP"/>
              </w:rPr>
              <w:t>計算条件、計算結果、転記、施設対応、図表・報告書間の整合性等</w:t>
            </w:r>
          </w:p>
        </w:tc>
      </w:tr>
    </w:tbl>
    <w:p w:rsidR="00B2608D" w:rsidRDefault="00B2608D">
      <w:pPr>
        <w:spacing w:after="0"/>
        <w:rPr>
          <w:lang w:eastAsia="ja-JP"/>
        </w:rPr>
      </w:pPr>
    </w:p>
    <w:p w:rsidR="00B2608D" w:rsidRDefault="00BD56B8">
      <w:pPr>
        <w:rPr>
          <w:lang w:eastAsia="ja-JP"/>
        </w:rPr>
      </w:pPr>
      <w:r>
        <w:rPr>
          <w:lang w:eastAsia="ja-JP"/>
        </w:rPr>
        <w:t>注　照査者は成果品の作成者とは別の者とし、照査記録を成果報告書に添付してください。</w:t>
      </w:r>
    </w:p>
    <w:p w:rsidR="00BD56B8" w:rsidRDefault="00BD56B8">
      <w:pPr>
        <w:rPr>
          <w:lang w:eastAsia="ja-JP"/>
        </w:rPr>
      </w:pPr>
    </w:p>
    <w:p w:rsidR="00B2608D" w:rsidRDefault="00BD56B8">
      <w:r>
        <w:t>7．再委託予定業務</w:t>
      </w:r>
    </w:p>
    <w:tbl>
      <w:tblPr>
        <w:tblStyle w:val="afe"/>
        <w:tblW w:w="0" w:type="auto"/>
        <w:jc w:val="center"/>
        <w:tblLayout w:type="fixed"/>
        <w:tblLook w:val="04A0" w:firstRow="1" w:lastRow="0" w:firstColumn="1" w:lastColumn="0" w:noHBand="0" w:noVBand="1"/>
      </w:tblPr>
      <w:tblGrid>
        <w:gridCol w:w="1757"/>
        <w:gridCol w:w="1929"/>
        <w:gridCol w:w="1276"/>
        <w:gridCol w:w="2126"/>
        <w:gridCol w:w="2549"/>
      </w:tblGrid>
      <w:tr w:rsidR="00B2608D" w:rsidTr="00A7132C">
        <w:trPr>
          <w:cantSplit/>
          <w:tblHeader/>
          <w:jc w:val="center"/>
        </w:trPr>
        <w:tc>
          <w:tcPr>
            <w:tcW w:w="1757" w:type="dxa"/>
            <w:tcMar>
              <w:top w:w="80" w:type="dxa"/>
              <w:left w:w="100" w:type="dxa"/>
              <w:bottom w:w="80" w:type="dxa"/>
              <w:right w:w="100" w:type="dxa"/>
            </w:tcMar>
            <w:vAlign w:val="center"/>
          </w:tcPr>
          <w:p w:rsidR="00B2608D" w:rsidRDefault="00BD56B8" w:rsidP="00A7132C">
            <w:pPr>
              <w:spacing w:after="0"/>
              <w:jc w:val="center"/>
            </w:pPr>
            <w:proofErr w:type="spellStart"/>
            <w:r>
              <w:rPr>
                <w:b/>
              </w:rPr>
              <w:t>再委託予定業務</w:t>
            </w:r>
            <w:proofErr w:type="spellEnd"/>
          </w:p>
        </w:tc>
        <w:tc>
          <w:tcPr>
            <w:tcW w:w="1929" w:type="dxa"/>
            <w:tcMar>
              <w:top w:w="80" w:type="dxa"/>
              <w:left w:w="100" w:type="dxa"/>
              <w:bottom w:w="80" w:type="dxa"/>
              <w:right w:w="100" w:type="dxa"/>
            </w:tcMar>
            <w:vAlign w:val="center"/>
          </w:tcPr>
          <w:p w:rsidR="00B2608D" w:rsidRDefault="00BD56B8" w:rsidP="00A7132C">
            <w:pPr>
              <w:spacing w:after="0"/>
              <w:jc w:val="center"/>
            </w:pPr>
            <w:r>
              <w:rPr>
                <w:b/>
              </w:rPr>
              <w:t>再委託先・担当者</w:t>
            </w:r>
          </w:p>
        </w:tc>
        <w:tc>
          <w:tcPr>
            <w:tcW w:w="1276" w:type="dxa"/>
            <w:tcMar>
              <w:top w:w="80" w:type="dxa"/>
              <w:left w:w="100" w:type="dxa"/>
              <w:bottom w:w="80" w:type="dxa"/>
              <w:right w:w="100" w:type="dxa"/>
            </w:tcMar>
            <w:vAlign w:val="center"/>
          </w:tcPr>
          <w:p w:rsidR="00B2608D" w:rsidRDefault="00BD56B8" w:rsidP="00A7132C">
            <w:pPr>
              <w:spacing w:after="0"/>
              <w:jc w:val="center"/>
            </w:pPr>
            <w:r>
              <w:rPr>
                <w:b/>
              </w:rPr>
              <w:t>保有資格</w:t>
            </w:r>
          </w:p>
        </w:tc>
        <w:tc>
          <w:tcPr>
            <w:tcW w:w="2126" w:type="dxa"/>
            <w:tcMar>
              <w:top w:w="80" w:type="dxa"/>
              <w:left w:w="100" w:type="dxa"/>
              <w:bottom w:w="80" w:type="dxa"/>
              <w:right w:w="100" w:type="dxa"/>
            </w:tcMar>
            <w:vAlign w:val="center"/>
          </w:tcPr>
          <w:p w:rsidR="00B2608D" w:rsidRDefault="00BD56B8" w:rsidP="00A7132C">
            <w:pPr>
              <w:spacing w:after="0"/>
              <w:jc w:val="center"/>
            </w:pPr>
            <w:r>
              <w:rPr>
                <w:b/>
              </w:rPr>
              <w:t>必要性・業務範囲</w:t>
            </w:r>
          </w:p>
        </w:tc>
        <w:tc>
          <w:tcPr>
            <w:tcW w:w="2549" w:type="dxa"/>
            <w:tcMar>
              <w:top w:w="80" w:type="dxa"/>
              <w:left w:w="100" w:type="dxa"/>
              <w:bottom w:w="80" w:type="dxa"/>
              <w:right w:w="100" w:type="dxa"/>
            </w:tcMar>
            <w:vAlign w:val="center"/>
          </w:tcPr>
          <w:p w:rsidR="00B2608D" w:rsidRDefault="00BD56B8" w:rsidP="00A7132C">
            <w:pPr>
              <w:spacing w:after="0"/>
              <w:jc w:val="center"/>
              <w:rPr>
                <w:lang w:eastAsia="ja-JP"/>
              </w:rPr>
            </w:pPr>
            <w:r>
              <w:rPr>
                <w:b/>
                <w:lang w:eastAsia="ja-JP"/>
              </w:rPr>
              <w:t>成果確認・品質管理方法</w:t>
            </w:r>
          </w:p>
        </w:tc>
      </w:tr>
      <w:tr w:rsidR="00B2608D" w:rsidTr="00A7132C">
        <w:trPr>
          <w:cantSplit/>
          <w:jc w:val="center"/>
        </w:trPr>
        <w:tc>
          <w:tcPr>
            <w:tcW w:w="1757" w:type="dxa"/>
            <w:tcMar>
              <w:top w:w="80" w:type="dxa"/>
              <w:left w:w="100" w:type="dxa"/>
              <w:bottom w:w="80" w:type="dxa"/>
              <w:right w:w="100" w:type="dxa"/>
            </w:tcMar>
            <w:vAlign w:val="center"/>
          </w:tcPr>
          <w:p w:rsidR="00B2608D" w:rsidRDefault="00B2608D">
            <w:pPr>
              <w:spacing w:after="0"/>
              <w:rPr>
                <w:lang w:eastAsia="ja-JP"/>
              </w:rPr>
            </w:pPr>
          </w:p>
        </w:tc>
        <w:tc>
          <w:tcPr>
            <w:tcW w:w="1929" w:type="dxa"/>
            <w:tcMar>
              <w:top w:w="80" w:type="dxa"/>
              <w:left w:w="100" w:type="dxa"/>
              <w:bottom w:w="80" w:type="dxa"/>
              <w:right w:w="100" w:type="dxa"/>
            </w:tcMar>
            <w:vAlign w:val="center"/>
          </w:tcPr>
          <w:p w:rsidR="00B2608D" w:rsidRDefault="00B2608D">
            <w:pPr>
              <w:spacing w:after="0"/>
              <w:rPr>
                <w:lang w:eastAsia="ja-JP"/>
              </w:rPr>
            </w:pPr>
          </w:p>
        </w:tc>
        <w:tc>
          <w:tcPr>
            <w:tcW w:w="1276" w:type="dxa"/>
            <w:tcMar>
              <w:top w:w="80" w:type="dxa"/>
              <w:left w:w="100" w:type="dxa"/>
              <w:bottom w:w="80" w:type="dxa"/>
              <w:right w:w="100" w:type="dxa"/>
            </w:tcMar>
            <w:vAlign w:val="center"/>
          </w:tcPr>
          <w:p w:rsidR="00B2608D" w:rsidRDefault="00B2608D">
            <w:pPr>
              <w:spacing w:after="0"/>
              <w:rPr>
                <w:lang w:eastAsia="ja-JP"/>
              </w:rPr>
            </w:pPr>
          </w:p>
        </w:tc>
        <w:tc>
          <w:tcPr>
            <w:tcW w:w="2126" w:type="dxa"/>
            <w:tcMar>
              <w:top w:w="80" w:type="dxa"/>
              <w:left w:w="100" w:type="dxa"/>
              <w:bottom w:w="80" w:type="dxa"/>
              <w:right w:w="100" w:type="dxa"/>
            </w:tcMar>
            <w:vAlign w:val="center"/>
          </w:tcPr>
          <w:p w:rsidR="00B2608D" w:rsidRDefault="00B2608D">
            <w:pPr>
              <w:spacing w:after="0"/>
              <w:rPr>
                <w:lang w:eastAsia="ja-JP"/>
              </w:rPr>
            </w:pPr>
          </w:p>
        </w:tc>
        <w:tc>
          <w:tcPr>
            <w:tcW w:w="2549" w:type="dxa"/>
            <w:tcMar>
              <w:top w:w="80" w:type="dxa"/>
              <w:left w:w="100" w:type="dxa"/>
              <w:bottom w:w="80" w:type="dxa"/>
              <w:right w:w="100" w:type="dxa"/>
            </w:tcMar>
            <w:vAlign w:val="center"/>
          </w:tcPr>
          <w:p w:rsidR="00B2608D" w:rsidRDefault="00B2608D">
            <w:pPr>
              <w:spacing w:after="0"/>
              <w:rPr>
                <w:lang w:eastAsia="ja-JP"/>
              </w:rPr>
            </w:pPr>
          </w:p>
        </w:tc>
      </w:tr>
      <w:tr w:rsidR="00B2608D" w:rsidTr="00A7132C">
        <w:trPr>
          <w:cantSplit/>
          <w:jc w:val="center"/>
        </w:trPr>
        <w:tc>
          <w:tcPr>
            <w:tcW w:w="1757" w:type="dxa"/>
            <w:tcMar>
              <w:top w:w="80" w:type="dxa"/>
              <w:left w:w="100" w:type="dxa"/>
              <w:bottom w:w="80" w:type="dxa"/>
              <w:right w:w="100" w:type="dxa"/>
            </w:tcMar>
            <w:vAlign w:val="center"/>
          </w:tcPr>
          <w:p w:rsidR="00B2608D" w:rsidRDefault="00B2608D">
            <w:pPr>
              <w:spacing w:after="0"/>
              <w:rPr>
                <w:lang w:eastAsia="ja-JP"/>
              </w:rPr>
            </w:pPr>
          </w:p>
        </w:tc>
        <w:tc>
          <w:tcPr>
            <w:tcW w:w="1929" w:type="dxa"/>
            <w:tcMar>
              <w:top w:w="80" w:type="dxa"/>
              <w:left w:w="100" w:type="dxa"/>
              <w:bottom w:w="80" w:type="dxa"/>
              <w:right w:w="100" w:type="dxa"/>
            </w:tcMar>
            <w:vAlign w:val="center"/>
          </w:tcPr>
          <w:p w:rsidR="00B2608D" w:rsidRDefault="00B2608D">
            <w:pPr>
              <w:spacing w:after="0"/>
              <w:rPr>
                <w:lang w:eastAsia="ja-JP"/>
              </w:rPr>
            </w:pPr>
          </w:p>
        </w:tc>
        <w:tc>
          <w:tcPr>
            <w:tcW w:w="1276" w:type="dxa"/>
            <w:tcMar>
              <w:top w:w="80" w:type="dxa"/>
              <w:left w:w="100" w:type="dxa"/>
              <w:bottom w:w="80" w:type="dxa"/>
              <w:right w:w="100" w:type="dxa"/>
            </w:tcMar>
            <w:vAlign w:val="center"/>
          </w:tcPr>
          <w:p w:rsidR="00B2608D" w:rsidRDefault="00B2608D">
            <w:pPr>
              <w:spacing w:after="0"/>
              <w:rPr>
                <w:lang w:eastAsia="ja-JP"/>
              </w:rPr>
            </w:pPr>
          </w:p>
        </w:tc>
        <w:tc>
          <w:tcPr>
            <w:tcW w:w="2126" w:type="dxa"/>
            <w:tcMar>
              <w:top w:w="80" w:type="dxa"/>
              <w:left w:w="100" w:type="dxa"/>
              <w:bottom w:w="80" w:type="dxa"/>
              <w:right w:w="100" w:type="dxa"/>
            </w:tcMar>
            <w:vAlign w:val="center"/>
          </w:tcPr>
          <w:p w:rsidR="00B2608D" w:rsidRDefault="00B2608D">
            <w:pPr>
              <w:spacing w:after="0"/>
              <w:rPr>
                <w:lang w:eastAsia="ja-JP"/>
              </w:rPr>
            </w:pPr>
          </w:p>
        </w:tc>
        <w:tc>
          <w:tcPr>
            <w:tcW w:w="2549" w:type="dxa"/>
            <w:tcMar>
              <w:top w:w="80" w:type="dxa"/>
              <w:left w:w="100" w:type="dxa"/>
              <w:bottom w:w="80" w:type="dxa"/>
              <w:right w:w="100" w:type="dxa"/>
            </w:tcMar>
            <w:vAlign w:val="center"/>
          </w:tcPr>
          <w:p w:rsidR="00B2608D" w:rsidRDefault="00B2608D">
            <w:pPr>
              <w:spacing w:after="0"/>
              <w:rPr>
                <w:lang w:eastAsia="ja-JP"/>
              </w:rPr>
            </w:pPr>
          </w:p>
        </w:tc>
      </w:tr>
    </w:tbl>
    <w:p w:rsidR="00B2608D" w:rsidRDefault="00B2608D">
      <w:pPr>
        <w:spacing w:after="0"/>
        <w:rPr>
          <w:lang w:eastAsia="ja-JP"/>
        </w:rPr>
      </w:pPr>
    </w:p>
    <w:p w:rsidR="00B2608D" w:rsidRDefault="00BD56B8">
      <w:pPr>
        <w:rPr>
          <w:lang w:eastAsia="ja-JP"/>
        </w:rPr>
      </w:pPr>
      <w:r>
        <w:rPr>
          <w:lang w:eastAsia="ja-JP"/>
        </w:rPr>
        <w:t>注　建築、構造、防水、エネルギー管理、O&amp;M、電気保安その他の専門・補助業務を再委託する場合に記載してください。本事業の中核業務は再委託できません。公募時点で再委託先が未確定の場合は、「選定中」と記載し、選定基準、予定業務範囲及び選定後の品質管理方法を記載してください。</w:t>
      </w:r>
    </w:p>
    <w:sectPr w:rsidR="00B2608D" w:rsidSect="00034616">
      <w:headerReference w:type="even" r:id="rId8"/>
      <w:headerReference w:type="default" r:id="rId9"/>
      <w:footerReference w:type="even" r:id="rId10"/>
      <w:footerReference w:type="default" r:id="rId11"/>
      <w:headerReference w:type="first" r:id="rId12"/>
      <w:footerReference w:type="first" r:id="rId13"/>
      <w:pgSz w:w="11906" w:h="16838"/>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6DC4" w:rsidRDefault="00BD56B8">
      <w:pPr>
        <w:spacing w:after="0"/>
      </w:pPr>
      <w:r>
        <w:separator/>
      </w:r>
    </w:p>
  </w:endnote>
  <w:endnote w:type="continuationSeparator" w:id="0">
    <w:p w:rsidR="00896DC4" w:rsidRDefault="00BD56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608D" w:rsidRDefault="00B2608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608D" w:rsidRDefault="00B2608D">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608D" w:rsidRDefault="00B2608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6DC4" w:rsidRDefault="00BD56B8">
      <w:pPr>
        <w:spacing w:after="0"/>
      </w:pPr>
      <w:r>
        <w:separator/>
      </w:r>
    </w:p>
  </w:footnote>
  <w:footnote w:type="continuationSeparator" w:id="0">
    <w:p w:rsidR="00896DC4" w:rsidRDefault="00BD56B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608D" w:rsidRDefault="00B2608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608D" w:rsidRDefault="00B2608D">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608D" w:rsidRDefault="00B2608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96DC4"/>
    <w:rsid w:val="00A7132C"/>
    <w:rsid w:val="00AA1D8D"/>
    <w:rsid w:val="00B2608D"/>
    <w:rsid w:val="00B47730"/>
    <w:rsid w:val="00BD56B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51D8768"/>
  <w14:defaultImageDpi w14:val="300"/>
  <w15:docId w15:val="{47369FAC-B6EE-44C3-A5F1-99A2AB60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sz w:val="21"/>
        <w:szCs w:val="21"/>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60" w:line="240" w:lineRule="auto"/>
    </w:pPr>
    <w:rPr>
      <w:color w:val="000000"/>
    </w:rPr>
  </w:style>
  <w:style w:type="paragraph" w:styleId="1">
    <w:name w:val="heading 1"/>
    <w:basedOn w:val="a1"/>
    <w:next w:val="a1"/>
    <w:link w:val="10"/>
    <w:uiPriority w:val="9"/>
    <w:qFormat/>
    <w:rsid w:val="00FC693F"/>
    <w:pPr>
      <w:keepNext/>
      <w:keepLines/>
      <w:spacing w:before="100" w:after="80"/>
      <w:outlineLvl w:val="0"/>
    </w:pPr>
    <w:rPr>
      <w:b/>
      <w:bCs/>
    </w:rPr>
  </w:style>
  <w:style w:type="paragraph" w:styleId="21">
    <w:name w:val="heading 2"/>
    <w:basedOn w:val="a1"/>
    <w:next w:val="a1"/>
    <w:link w:val="22"/>
    <w:uiPriority w:val="9"/>
    <w:unhideWhenUsed/>
    <w:qFormat/>
    <w:rsid w:val="00FC693F"/>
    <w:pPr>
      <w:keepNext/>
      <w:keepLines/>
      <w:spacing w:before="100" w:after="80"/>
      <w:outlineLvl w:val="1"/>
    </w:pPr>
    <w:rPr>
      <w:b/>
      <w:bCs/>
    </w:rPr>
  </w:style>
  <w:style w:type="paragraph" w:styleId="31">
    <w:name w:val="heading 3"/>
    <w:basedOn w:val="a1"/>
    <w:next w:val="a1"/>
    <w:link w:val="32"/>
    <w:uiPriority w:val="9"/>
    <w:unhideWhenUsed/>
    <w:qFormat/>
    <w:rsid w:val="00FC693F"/>
    <w:pPr>
      <w:keepNext/>
      <w:keepLines/>
      <w:spacing w:before="100" w:after="80"/>
      <w:outlineLvl w:val="2"/>
    </w:pPr>
    <w:rPr>
      <w:b/>
      <w:bCs/>
    </w:rPr>
  </w:style>
  <w:style w:type="paragraph" w:styleId="4">
    <w:name w:val="heading 4"/>
    <w:basedOn w:val="a1"/>
    <w:next w:val="a1"/>
    <w:link w:val="40"/>
    <w:uiPriority w:val="9"/>
    <w:semiHidden/>
    <w:unhideWhenUsed/>
    <w:qFormat/>
    <w:rsid w:val="00FC693F"/>
    <w:pPr>
      <w:keepNext/>
      <w:keepLines/>
      <w:spacing w:before="200" w:after="0"/>
      <w:outlineLvl w:val="3"/>
    </w:pPr>
    <w:rPr>
      <w:b/>
      <w:bCs/>
      <w:i/>
      <w:iCs/>
    </w:rPr>
  </w:style>
  <w:style w:type="paragraph" w:styleId="5">
    <w:name w:val="heading 5"/>
    <w:basedOn w:val="a1"/>
    <w:next w:val="a1"/>
    <w:link w:val="50"/>
    <w:uiPriority w:val="9"/>
    <w:semiHidden/>
    <w:unhideWhenUsed/>
    <w:qFormat/>
    <w:rsid w:val="00FC693F"/>
    <w:pPr>
      <w:keepNext/>
      <w:keepLines/>
      <w:spacing w:before="200" w:after="0"/>
      <w:outlineLvl w:val="4"/>
    </w:pPr>
  </w:style>
  <w:style w:type="paragraph" w:styleId="6">
    <w:name w:val="heading 6"/>
    <w:basedOn w:val="a1"/>
    <w:next w:val="a1"/>
    <w:link w:val="60"/>
    <w:uiPriority w:val="9"/>
    <w:semiHidden/>
    <w:unhideWhenUsed/>
    <w:qFormat/>
    <w:rsid w:val="00FC693F"/>
    <w:pPr>
      <w:keepNext/>
      <w:keepLines/>
      <w:spacing w:before="200" w:after="0"/>
      <w:outlineLvl w:val="5"/>
    </w:pPr>
    <w:rPr>
      <w:i/>
      <w:iCs/>
    </w:rPr>
  </w:style>
  <w:style w:type="paragraph" w:styleId="7">
    <w:name w:val="heading 7"/>
    <w:basedOn w:val="a1"/>
    <w:next w:val="a1"/>
    <w:link w:val="70"/>
    <w:uiPriority w:val="9"/>
    <w:semiHidden/>
    <w:unhideWhenUsed/>
    <w:qFormat/>
    <w:rsid w:val="00FC693F"/>
    <w:pPr>
      <w:keepNext/>
      <w:keepLines/>
      <w:spacing w:before="200" w:after="0"/>
      <w:outlineLvl w:val="6"/>
    </w:pPr>
    <w:rPr>
      <w:i/>
      <w:iCs/>
    </w:rPr>
  </w:style>
  <w:style w:type="paragraph" w:styleId="8">
    <w:name w:val="heading 8"/>
    <w:basedOn w:val="a1"/>
    <w:next w:val="a1"/>
    <w:link w:val="80"/>
    <w:uiPriority w:val="9"/>
    <w:semiHidden/>
    <w:unhideWhenUsed/>
    <w:qFormat/>
    <w:rsid w:val="00FC693F"/>
    <w:pPr>
      <w:keepNext/>
      <w:keepLines/>
      <w:spacing w:before="200" w:after="0"/>
      <w:outlineLvl w:val="7"/>
    </w:pPr>
  </w:style>
  <w:style w:type="paragraph" w:styleId="9">
    <w:name w:val="heading 9"/>
    <w:basedOn w:val="a1"/>
    <w:next w:val="a1"/>
    <w:link w:val="90"/>
    <w:uiPriority w:val="9"/>
    <w:semiHidden/>
    <w:unhideWhenUsed/>
    <w:qFormat/>
    <w:rsid w:val="00FC693F"/>
    <w:pPr>
      <w:keepNext/>
      <w:keepLines/>
      <w:spacing w:before="200" w:after="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ヘッダー (文字)"/>
    <w:basedOn w:val="a2"/>
    <w:link w:val="a5"/>
    <w:uiPriority w:val="99"/>
    <w:rsid w:val="00E618BF"/>
    <w:rPr>
      <w:rFonts w:ascii="ＭＳ 明朝" w:eastAsia="ＭＳ 明朝" w:hAnsi="ＭＳ 明朝" w:cs="ＭＳ 明朝"/>
      <w:color w:val="000000"/>
      <w:sz w:val="21"/>
    </w:rPr>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フッター (文字)"/>
    <w:basedOn w:val="a2"/>
    <w:link w:val="a7"/>
    <w:uiPriority w:val="99"/>
    <w:rsid w:val="00E618BF"/>
    <w:rPr>
      <w:rFonts w:ascii="ＭＳ 明朝" w:eastAsia="ＭＳ 明朝" w:hAnsi="ＭＳ 明朝" w:cs="ＭＳ 明朝"/>
      <w:color w:val="000000"/>
      <w:sz w:val="21"/>
    </w:rPr>
  </w:style>
  <w:style w:type="paragraph" w:styleId="a9">
    <w:name w:val="No Spacing"/>
    <w:uiPriority w:val="1"/>
    <w:qFormat/>
    <w:rsid w:val="00FC693F"/>
    <w:pPr>
      <w:spacing w:after="0" w:line="240" w:lineRule="auto"/>
    </w:pPr>
    <w:rPr>
      <w:color w:val="000000"/>
    </w:rPr>
  </w:style>
  <w:style w:type="character" w:customStyle="1" w:styleId="10">
    <w:name w:val="見出し 1 (文字)"/>
    <w:basedOn w:val="a2"/>
    <w:link w:val="1"/>
    <w:uiPriority w:val="9"/>
    <w:rsid w:val="00FC693F"/>
    <w:rPr>
      <w:rFonts w:ascii="ＭＳ 明朝" w:eastAsia="ＭＳ 明朝" w:hAnsi="ＭＳ 明朝" w:cs="ＭＳ 明朝"/>
      <w:b/>
      <w:bCs/>
      <w:color w:val="000000"/>
      <w:sz w:val="21"/>
      <w:szCs w:val="21"/>
    </w:rPr>
  </w:style>
  <w:style w:type="character" w:customStyle="1" w:styleId="22">
    <w:name w:val="見出し 2 (文字)"/>
    <w:basedOn w:val="a2"/>
    <w:link w:val="21"/>
    <w:uiPriority w:val="9"/>
    <w:rsid w:val="00FC693F"/>
    <w:rPr>
      <w:rFonts w:ascii="ＭＳ 明朝" w:eastAsia="ＭＳ 明朝" w:hAnsi="ＭＳ 明朝" w:cs="ＭＳ 明朝"/>
      <w:b/>
      <w:bCs/>
      <w:color w:val="000000"/>
      <w:sz w:val="21"/>
      <w:szCs w:val="21"/>
    </w:rPr>
  </w:style>
  <w:style w:type="character" w:customStyle="1" w:styleId="32">
    <w:name w:val="見出し 3 (文字)"/>
    <w:basedOn w:val="a2"/>
    <w:link w:val="31"/>
    <w:uiPriority w:val="9"/>
    <w:rsid w:val="00FC693F"/>
    <w:rPr>
      <w:rFonts w:ascii="ＭＳ 明朝" w:eastAsia="ＭＳ 明朝" w:hAnsi="ＭＳ 明朝" w:cs="ＭＳ 明朝"/>
      <w:b/>
      <w:bCs/>
      <w:color w:val="000000"/>
      <w:sz w:val="21"/>
    </w:rPr>
  </w:style>
  <w:style w:type="paragraph" w:styleId="aa">
    <w:name w:val="Title"/>
    <w:basedOn w:val="a1"/>
    <w:next w:val="a1"/>
    <w:link w:val="ab"/>
    <w:uiPriority w:val="10"/>
    <w:qFormat/>
    <w:rsid w:val="00FC693F"/>
    <w:pPr>
      <w:pBdr>
        <w:bottom w:val="single" w:sz="8" w:space="4" w:color="4F81BD" w:themeColor="accent1"/>
      </w:pBdr>
      <w:spacing w:before="100" w:after="80"/>
      <w:contextualSpacing/>
    </w:pPr>
    <w:rPr>
      <w:b/>
      <w:spacing w:val="5"/>
      <w:kern w:val="28"/>
    </w:rPr>
  </w:style>
  <w:style w:type="character" w:customStyle="1" w:styleId="ab">
    <w:name w:val="表題 (文字)"/>
    <w:basedOn w:val="a2"/>
    <w:link w:val="aa"/>
    <w:uiPriority w:val="10"/>
    <w:rsid w:val="00FC693F"/>
    <w:rPr>
      <w:rFonts w:ascii="ＭＳ 明朝" w:eastAsia="ＭＳ 明朝" w:hAnsi="ＭＳ 明朝" w:cs="ＭＳ 明朝"/>
      <w:color w:val="000000"/>
      <w:spacing w:val="5"/>
      <w:kern w:val="28"/>
      <w:sz w:val="21"/>
      <w:szCs w:val="21"/>
    </w:rPr>
  </w:style>
  <w:style w:type="paragraph" w:styleId="ac">
    <w:name w:val="Subtitle"/>
    <w:basedOn w:val="a1"/>
    <w:next w:val="a1"/>
    <w:link w:val="ad"/>
    <w:uiPriority w:val="11"/>
    <w:qFormat/>
    <w:rsid w:val="00FC693F"/>
    <w:pPr>
      <w:numPr>
        <w:ilvl w:val="1"/>
      </w:numPr>
    </w:pPr>
    <w:rPr>
      <w:i/>
      <w:iCs/>
      <w:spacing w:val="15"/>
    </w:rPr>
  </w:style>
  <w:style w:type="character" w:customStyle="1" w:styleId="ad">
    <w:name w:val="副題 (文字)"/>
    <w:basedOn w:val="a2"/>
    <w:link w:val="ac"/>
    <w:uiPriority w:val="11"/>
    <w:rsid w:val="00FC693F"/>
    <w:rPr>
      <w:rFonts w:ascii="ＭＳ 明朝" w:eastAsia="ＭＳ 明朝" w:hAnsi="ＭＳ 明朝" w:cs="ＭＳ 明朝"/>
      <w:i/>
      <w:iCs/>
      <w:color w:val="000000"/>
      <w:spacing w:val="15"/>
      <w:sz w:val="21"/>
      <w:szCs w:val="21"/>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color w:val="000000"/>
      <w:sz w:val="21"/>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color w:val="000000"/>
      <w:sz w:val="21"/>
    </w:rPr>
  </w:style>
  <w:style w:type="paragraph" w:styleId="33">
    <w:name w:val="Body Text 3"/>
    <w:basedOn w:val="a1"/>
    <w:link w:val="34"/>
    <w:uiPriority w:val="99"/>
    <w:unhideWhenUsed/>
    <w:rsid w:val="00AA1D8D"/>
    <w:pPr>
      <w:spacing w:after="120"/>
    </w:pPr>
  </w:style>
  <w:style w:type="character" w:customStyle="1" w:styleId="34">
    <w:name w:val="本文 3 (文字)"/>
    <w:basedOn w:val="a2"/>
    <w:link w:val="33"/>
    <w:uiPriority w:val="99"/>
    <w:rsid w:val="00AA1D8D"/>
    <w:rPr>
      <w:rFonts w:ascii="ＭＳ 明朝" w:eastAsia="ＭＳ 明朝" w:hAnsi="ＭＳ 明朝" w:cs="ＭＳ 明朝"/>
      <w:color w:val="000000"/>
      <w:sz w:val="21"/>
      <w:szCs w:val="21"/>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color w:val="000000"/>
    </w:rPr>
  </w:style>
  <w:style w:type="character" w:customStyle="1" w:styleId="af4">
    <w:name w:val="マクロ文字列 (文字)"/>
    <w:basedOn w:val="a2"/>
    <w:link w:val="af3"/>
    <w:uiPriority w:val="99"/>
    <w:rsid w:val="0029639D"/>
    <w:rPr>
      <w:rFonts w:ascii="ＭＳ 明朝" w:eastAsia="ＭＳ 明朝" w:hAnsi="ＭＳ 明朝" w:cs="ＭＳ 明朝"/>
      <w:color w:val="000000"/>
      <w:sz w:val="21"/>
      <w:szCs w:val="21"/>
    </w:rPr>
  </w:style>
  <w:style w:type="paragraph" w:styleId="af5">
    <w:name w:val="Quote"/>
    <w:basedOn w:val="a1"/>
    <w:next w:val="a1"/>
    <w:link w:val="af6"/>
    <w:uiPriority w:val="29"/>
    <w:qFormat/>
    <w:rsid w:val="00FC693F"/>
    <w:rPr>
      <w:i/>
      <w:iCs/>
    </w:rPr>
  </w:style>
  <w:style w:type="character" w:customStyle="1" w:styleId="af6">
    <w:name w:val="引用文 (文字)"/>
    <w:basedOn w:val="a2"/>
    <w:link w:val="af5"/>
    <w:uiPriority w:val="29"/>
    <w:rsid w:val="00FC693F"/>
    <w:rPr>
      <w:rFonts w:ascii="ＭＳ 明朝" w:eastAsia="ＭＳ 明朝" w:hAnsi="ＭＳ 明朝" w:cs="ＭＳ 明朝"/>
      <w:i/>
      <w:iCs/>
      <w:color w:val="000000"/>
      <w:sz w:val="21"/>
    </w:rPr>
  </w:style>
  <w:style w:type="character" w:customStyle="1" w:styleId="40">
    <w:name w:val="見出し 4 (文字)"/>
    <w:basedOn w:val="a2"/>
    <w:link w:val="4"/>
    <w:uiPriority w:val="9"/>
    <w:semiHidden/>
    <w:rsid w:val="00FC693F"/>
    <w:rPr>
      <w:rFonts w:ascii="ＭＳ 明朝" w:eastAsia="ＭＳ 明朝" w:hAnsi="ＭＳ 明朝" w:cs="ＭＳ 明朝"/>
      <w:b/>
      <w:bCs/>
      <w:i/>
      <w:iCs/>
      <w:color w:val="000000"/>
      <w:sz w:val="21"/>
    </w:rPr>
  </w:style>
  <w:style w:type="character" w:customStyle="1" w:styleId="50">
    <w:name w:val="見出し 5 (文字)"/>
    <w:basedOn w:val="a2"/>
    <w:link w:val="5"/>
    <w:uiPriority w:val="9"/>
    <w:semiHidden/>
    <w:rsid w:val="00FC693F"/>
    <w:rPr>
      <w:rFonts w:ascii="ＭＳ 明朝" w:eastAsia="ＭＳ 明朝" w:hAnsi="ＭＳ 明朝" w:cs="ＭＳ 明朝"/>
      <w:color w:val="000000"/>
      <w:sz w:val="21"/>
    </w:rPr>
  </w:style>
  <w:style w:type="character" w:customStyle="1" w:styleId="60">
    <w:name w:val="見出し 6 (文字)"/>
    <w:basedOn w:val="a2"/>
    <w:link w:val="6"/>
    <w:uiPriority w:val="9"/>
    <w:semiHidden/>
    <w:rsid w:val="00FC693F"/>
    <w:rPr>
      <w:rFonts w:ascii="ＭＳ 明朝" w:eastAsia="ＭＳ 明朝" w:hAnsi="ＭＳ 明朝" w:cs="ＭＳ 明朝"/>
      <w:i/>
      <w:iCs/>
      <w:color w:val="000000"/>
      <w:sz w:val="21"/>
    </w:rPr>
  </w:style>
  <w:style w:type="character" w:customStyle="1" w:styleId="70">
    <w:name w:val="見出し 7 (文字)"/>
    <w:basedOn w:val="a2"/>
    <w:link w:val="7"/>
    <w:uiPriority w:val="9"/>
    <w:semiHidden/>
    <w:rsid w:val="00FC693F"/>
    <w:rPr>
      <w:rFonts w:ascii="ＭＳ 明朝" w:eastAsia="ＭＳ 明朝" w:hAnsi="ＭＳ 明朝" w:cs="ＭＳ 明朝"/>
      <w:i/>
      <w:iCs/>
      <w:color w:val="000000"/>
      <w:sz w:val="21"/>
    </w:rPr>
  </w:style>
  <w:style w:type="character" w:customStyle="1" w:styleId="80">
    <w:name w:val="見出し 8 (文字)"/>
    <w:basedOn w:val="a2"/>
    <w:link w:val="8"/>
    <w:uiPriority w:val="9"/>
    <w:semiHidden/>
    <w:rsid w:val="00FC693F"/>
    <w:rPr>
      <w:rFonts w:ascii="ＭＳ 明朝" w:eastAsia="ＭＳ 明朝" w:hAnsi="ＭＳ 明朝" w:cs="ＭＳ 明朝"/>
      <w:color w:val="000000"/>
      <w:sz w:val="21"/>
      <w:szCs w:val="21"/>
    </w:rPr>
  </w:style>
  <w:style w:type="character" w:customStyle="1" w:styleId="90">
    <w:name w:val="見出し 9 (文字)"/>
    <w:basedOn w:val="a2"/>
    <w:link w:val="9"/>
    <w:uiPriority w:val="9"/>
    <w:semiHidden/>
    <w:rsid w:val="00FC693F"/>
    <w:rPr>
      <w:rFonts w:ascii="ＭＳ 明朝" w:eastAsia="ＭＳ 明朝" w:hAnsi="ＭＳ 明朝" w:cs="ＭＳ 明朝"/>
      <w:i/>
      <w:iCs/>
      <w:color w:val="000000"/>
      <w:sz w:val="21"/>
      <w:szCs w:val="21"/>
    </w:rPr>
  </w:style>
  <w:style w:type="paragraph" w:styleId="af7">
    <w:name w:val="caption"/>
    <w:basedOn w:val="a1"/>
    <w:next w:val="a1"/>
    <w:uiPriority w:val="35"/>
    <w:semiHidden/>
    <w:unhideWhenUsed/>
    <w:qFormat/>
    <w:rsid w:val="00FC693F"/>
    <w:rPr>
      <w:b/>
      <w:bCs/>
    </w:rPr>
  </w:style>
  <w:style w:type="character" w:styleId="af8">
    <w:name w:val="Strong"/>
    <w:basedOn w:val="a2"/>
    <w:uiPriority w:val="22"/>
    <w:qFormat/>
    <w:rsid w:val="00FC693F"/>
    <w:rPr>
      <w:rFonts w:ascii="ＭＳ 明朝" w:eastAsia="ＭＳ 明朝" w:hAnsi="ＭＳ 明朝" w:cs="ＭＳ 明朝"/>
      <w:b/>
      <w:bCs/>
      <w:color w:val="000000"/>
      <w:sz w:val="21"/>
    </w:rPr>
  </w:style>
  <w:style w:type="character" w:styleId="af9">
    <w:name w:val="Emphasis"/>
    <w:basedOn w:val="a2"/>
    <w:uiPriority w:val="20"/>
    <w:qFormat/>
    <w:rsid w:val="00FC693F"/>
    <w:rPr>
      <w:rFonts w:ascii="ＭＳ 明朝" w:eastAsia="ＭＳ 明朝" w:hAnsi="ＭＳ 明朝" w:cs="ＭＳ 明朝"/>
      <w:i/>
      <w:iCs/>
      <w:color w:val="000000"/>
      <w:sz w:val="21"/>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rPr>
  </w:style>
  <w:style w:type="character" w:customStyle="1" w:styleId="28">
    <w:name w:val="引用文 2 (文字)"/>
    <w:basedOn w:val="a2"/>
    <w:link w:val="27"/>
    <w:uiPriority w:val="30"/>
    <w:rsid w:val="00FC693F"/>
    <w:rPr>
      <w:rFonts w:ascii="ＭＳ 明朝" w:eastAsia="ＭＳ 明朝" w:hAnsi="ＭＳ 明朝" w:cs="ＭＳ 明朝"/>
      <w:b/>
      <w:bCs/>
      <w:i/>
      <w:iCs/>
      <w:color w:val="000000"/>
      <w:sz w:val="21"/>
    </w:rPr>
  </w:style>
  <w:style w:type="character" w:styleId="afa">
    <w:name w:val="Subtle Emphasis"/>
    <w:basedOn w:val="a2"/>
    <w:uiPriority w:val="19"/>
    <w:qFormat/>
    <w:rsid w:val="00FC693F"/>
    <w:rPr>
      <w:rFonts w:ascii="ＭＳ 明朝" w:eastAsia="ＭＳ 明朝" w:hAnsi="ＭＳ 明朝" w:cs="ＭＳ 明朝"/>
      <w:i/>
      <w:iCs/>
      <w:color w:val="000000"/>
      <w:sz w:val="21"/>
    </w:rPr>
  </w:style>
  <w:style w:type="character" w:styleId="29">
    <w:name w:val="Intense Emphasis"/>
    <w:basedOn w:val="a2"/>
    <w:uiPriority w:val="21"/>
    <w:qFormat/>
    <w:rsid w:val="00FC693F"/>
    <w:rPr>
      <w:rFonts w:ascii="ＭＳ 明朝" w:eastAsia="ＭＳ 明朝" w:hAnsi="ＭＳ 明朝" w:cs="ＭＳ 明朝"/>
      <w:b/>
      <w:bCs/>
      <w:i/>
      <w:iCs/>
      <w:color w:val="000000"/>
      <w:sz w:val="21"/>
    </w:rPr>
  </w:style>
  <w:style w:type="character" w:styleId="afb">
    <w:name w:val="Subtle Reference"/>
    <w:basedOn w:val="a2"/>
    <w:uiPriority w:val="31"/>
    <w:qFormat/>
    <w:rsid w:val="00FC693F"/>
    <w:rPr>
      <w:rFonts w:ascii="ＭＳ 明朝" w:eastAsia="ＭＳ 明朝" w:hAnsi="ＭＳ 明朝" w:cs="ＭＳ 明朝"/>
      <w:smallCaps/>
      <w:color w:val="000000"/>
      <w:sz w:val="21"/>
      <w:u w:val="single"/>
    </w:rPr>
  </w:style>
  <w:style w:type="character" w:styleId="2a">
    <w:name w:val="Intense Reference"/>
    <w:basedOn w:val="a2"/>
    <w:uiPriority w:val="32"/>
    <w:qFormat/>
    <w:rsid w:val="00FC693F"/>
    <w:rPr>
      <w:rFonts w:ascii="ＭＳ 明朝" w:eastAsia="ＭＳ 明朝" w:hAnsi="ＭＳ 明朝" w:cs="ＭＳ 明朝"/>
      <w:b/>
      <w:bCs/>
      <w:smallCaps/>
      <w:color w:val="000000"/>
      <w:spacing w:val="5"/>
      <w:sz w:val="21"/>
      <w:u w:val="single"/>
    </w:rPr>
  </w:style>
  <w:style w:type="character" w:styleId="afc">
    <w:name w:val="Book Title"/>
    <w:basedOn w:val="a2"/>
    <w:uiPriority w:val="33"/>
    <w:qFormat/>
    <w:rsid w:val="00FC693F"/>
    <w:rPr>
      <w:rFonts w:ascii="ＭＳ 明朝" w:eastAsia="ＭＳ 明朝" w:hAnsi="ＭＳ 明朝" w:cs="ＭＳ 明朝"/>
      <w:b/>
      <w:bCs/>
      <w:smallCaps/>
      <w:color w:val="000000"/>
      <w:spacing w:val="5"/>
      <w:sz w:val="21"/>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ＭＳ 明朝" w:eastAsia="ＭＳ 明朝" w:hAnsi="ＭＳ 明朝" w:cs="ＭＳ 明朝"/>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ＭＳ 明朝" w:eastAsia="ＭＳ 明朝" w:hAnsi="ＭＳ 明朝" w:cs="ＭＳ 明朝"/>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ＭＳ 明朝" w:eastAsia="ＭＳ 明朝" w:hAnsi="ＭＳ 明朝" w:cs="ＭＳ 明朝"/>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ＭＳ 明朝" w:eastAsia="ＭＳ 明朝" w:hAnsi="ＭＳ 明朝" w:cs="ＭＳ 明朝"/>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ＭＳ 明朝" w:eastAsia="ＭＳ 明朝" w:hAnsi="ＭＳ 明朝" w:cs="ＭＳ 明朝"/>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ＭＳ 明朝" w:eastAsia="ＭＳ 明朝" w:hAnsi="ＭＳ 明朝" w:cs="ＭＳ 明朝"/>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ＭＳ 明朝" w:eastAsia="ＭＳ 明朝" w:hAnsi="ＭＳ 明朝" w:cs="ＭＳ 明朝"/>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ＭＳ 明朝" w:eastAsia="ＭＳ 明朝" w:hAnsi="ＭＳ 明朝" w:cs="ＭＳ 明朝"/>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ＭＳ 明朝" w:eastAsia="ＭＳ 明朝" w:hAnsi="ＭＳ 明朝" w:cs="ＭＳ 明朝"/>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ＭＳ 明朝" w:eastAsia="ＭＳ 明朝" w:hAnsi="ＭＳ 明朝" w:cs="ＭＳ 明朝"/>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ＭＳ 明朝" w:eastAsia="ＭＳ 明朝" w:hAnsi="ＭＳ 明朝" w:cs="ＭＳ 明朝"/>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ＭＳ 明朝" w:eastAsia="ＭＳ 明朝" w:hAnsi="ＭＳ 明朝" w:cs="ＭＳ 明朝"/>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ＭＳ 明朝" w:eastAsia="ＭＳ 明朝" w:hAnsi="ＭＳ 明朝" w:cs="ＭＳ 明朝"/>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ＭＳ 明朝" w:eastAsia="ＭＳ 明朝" w:hAnsi="ＭＳ 明朝" w:cs="ＭＳ 明朝"/>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ＭＳ 明朝" w:eastAsia="ＭＳ 明朝" w:hAnsi="ＭＳ 明朝" w:cs="ＭＳ 明朝"/>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ＭＳ 明朝" w:eastAsia="ＭＳ 明朝" w:hAnsi="ＭＳ 明朝" w:cs="ＭＳ 明朝"/>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ＭＳ 明朝" w:eastAsia="ＭＳ 明朝" w:hAnsi="ＭＳ 明朝" w:cs="ＭＳ 明朝"/>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ＭＳ 明朝" w:eastAsia="ＭＳ 明朝" w:hAnsi="ＭＳ 明朝" w:cs="ＭＳ 明朝"/>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ＭＳ 明朝" w:eastAsia="ＭＳ 明朝" w:hAnsi="ＭＳ 明朝" w:cs="ＭＳ 明朝"/>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ＭＳ 明朝" w:eastAsia="ＭＳ 明朝" w:hAnsi="ＭＳ 明朝" w:cs="ＭＳ 明朝"/>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ＭＳ 明朝" w:eastAsia="ＭＳ 明朝" w:hAnsi="ＭＳ 明朝" w:cs="ＭＳ 明朝"/>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1"/>
        <w:szCs w:val="21"/>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1"/>
        <w:szCs w:val="21"/>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1"/>
        <w:szCs w:val="21"/>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1"/>
        <w:szCs w:val="21"/>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1"/>
        <w:szCs w:val="21"/>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1"/>
        <w:szCs w:val="21"/>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121">
    <w:name w:val="Colorful Shading Accent 1"/>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122">
    <w:name w:val="Colorful Shading Accent 2"/>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123">
    <w:name w:val="Colorful Shading Accent 3"/>
    <w:basedOn w:val="a3"/>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125">
    <w:name w:val="Colorful Shading Accent 5"/>
    <w:basedOn w:val="a3"/>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126">
    <w:name w:val="Colorful Shading Accent 6"/>
    <w:basedOn w:val="a3"/>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130">
    <w:name w:val="Colorful List"/>
    <w:basedOn w:val="a3"/>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B3265-C5F6-465D-B452-017DA7744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217</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様式第4号 業務実施体制書</dc:title>
  <dc:subject/>
  <dc:creator>上牧町</dc:creator>
  <cp:keywords/>
  <dc:description>generated by python-docx</dc:description>
  <cp:lastModifiedBy>中村 謙太郎</cp:lastModifiedBy>
  <cp:revision>3</cp:revision>
  <dcterms:created xsi:type="dcterms:W3CDTF">2013-12-23T23:15:00Z</dcterms:created>
  <dcterms:modified xsi:type="dcterms:W3CDTF">2026-09-11T04:38:00Z</dcterms:modified>
  <cp:category/>
</cp:coreProperties>
</file>